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B8325" w14:textId="77777777" w:rsidR="00273037" w:rsidRPr="006A0334" w:rsidRDefault="00000000">
      <w:pPr>
        <w:spacing w:after="100"/>
        <w:jc w:val="center"/>
        <w:rPr>
          <w:rFonts w:asciiTheme="majorHAnsi" w:hAnsiTheme="majorHAnsi" w:cstheme="majorHAnsi"/>
        </w:rPr>
      </w:pPr>
      <w:r w:rsidRPr="006A0334">
        <w:rPr>
          <w:rFonts w:asciiTheme="majorHAnsi" w:hAnsiTheme="majorHAnsi" w:cstheme="majorHAnsi"/>
          <w:noProof/>
        </w:rPr>
        <w:drawing>
          <wp:inline distT="0" distB="0" distL="0" distR="0" wp14:anchorId="08B22FE3" wp14:editId="118BCCD8">
            <wp:extent cx="1600200" cy="15193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21 at 10.11.49(1).jpeg"/>
                    <pic:cNvPicPr/>
                  </pic:nvPicPr>
                  <pic:blipFill>
                    <a:blip r:embed="rId8"/>
                    <a:stretch>
                      <a:fillRect/>
                    </a:stretch>
                  </pic:blipFill>
                  <pic:spPr>
                    <a:xfrm>
                      <a:off x="0" y="0"/>
                      <a:ext cx="1600200" cy="1519382"/>
                    </a:xfrm>
                    <a:prstGeom prst="rect">
                      <a:avLst/>
                    </a:prstGeom>
                  </pic:spPr>
                </pic:pic>
              </a:graphicData>
            </a:graphic>
          </wp:inline>
        </w:drawing>
      </w:r>
    </w:p>
    <w:p w14:paraId="73A2FD8D" w14:textId="77777777" w:rsidR="00273037" w:rsidRPr="006A0334" w:rsidRDefault="00000000">
      <w:pPr>
        <w:jc w:val="center"/>
        <w:rPr>
          <w:rFonts w:asciiTheme="majorHAnsi" w:hAnsiTheme="majorHAnsi" w:cstheme="majorHAnsi"/>
          <w:lang w:val="pt-BR"/>
        </w:rPr>
      </w:pPr>
      <w:r w:rsidRPr="006A0334">
        <w:rPr>
          <w:rFonts w:asciiTheme="majorHAnsi" w:hAnsiTheme="majorHAnsi" w:cstheme="majorHAnsi"/>
          <w:b/>
          <w:sz w:val="28"/>
          <w:lang w:val="pt-BR"/>
        </w:rPr>
        <w:t>NOVA GERAÇÃO BRAZIL TRIP</w:t>
      </w:r>
    </w:p>
    <w:p w14:paraId="4EE605A1" w14:textId="77777777" w:rsidR="00273037" w:rsidRPr="006A0334" w:rsidRDefault="00000000">
      <w:pPr>
        <w:jc w:val="center"/>
        <w:rPr>
          <w:rFonts w:asciiTheme="majorHAnsi" w:hAnsiTheme="majorHAnsi" w:cstheme="majorHAnsi"/>
          <w:lang w:val="pt-BR"/>
        </w:rPr>
      </w:pPr>
      <w:r w:rsidRPr="006A0334">
        <w:rPr>
          <w:rFonts w:asciiTheme="majorHAnsi" w:hAnsiTheme="majorHAnsi" w:cstheme="majorHAnsi"/>
          <w:b/>
          <w:color w:val="786900"/>
          <w:sz w:val="22"/>
          <w:lang w:val="pt-BR"/>
        </w:rPr>
        <w:t>EDITION III</w:t>
      </w:r>
    </w:p>
    <w:p w14:paraId="6972D19E" w14:textId="77777777" w:rsidR="00273037" w:rsidRPr="006A0334" w:rsidRDefault="00273037">
      <w:pPr>
        <w:rPr>
          <w:rFonts w:asciiTheme="majorHAnsi" w:hAnsiTheme="majorHAnsi" w:cstheme="majorHAnsi"/>
          <w:lang w:val="pt-BR"/>
        </w:rPr>
      </w:pPr>
    </w:p>
    <w:p w14:paraId="74E09C52"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62"/>
        </w:rPr>
        <w:t>THE RIO</w:t>
      </w:r>
      <w:r w:rsidRPr="006A0334">
        <w:rPr>
          <w:rFonts w:asciiTheme="majorHAnsi" w:hAnsiTheme="majorHAnsi" w:cstheme="majorHAnsi"/>
          <w:b/>
          <w:color w:val="172033"/>
          <w:sz w:val="62"/>
        </w:rPr>
        <w:br/>
        <w:t>EXPERIENCE BOOK</w:t>
      </w:r>
    </w:p>
    <w:p w14:paraId="67D9F4A4"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6"/>
        </w:rPr>
        <w:t>Your Official Guide to the Nova Geração Brazil Trip — Edition III</w:t>
      </w:r>
    </w:p>
    <w:p w14:paraId="2F8B2559" w14:textId="77777777" w:rsidR="00273037" w:rsidRPr="006A0334" w:rsidRDefault="00273037">
      <w:pPr>
        <w:rPr>
          <w:rFonts w:asciiTheme="majorHAnsi" w:hAnsiTheme="majorHAnsi" w:cstheme="majorHAnsi"/>
        </w:rPr>
      </w:pPr>
    </w:p>
    <w:tbl>
      <w:tblPr>
        <w:tblW w:w="0" w:type="auto"/>
        <w:jc w:val="center"/>
        <w:tblLook w:val="04A0" w:firstRow="1" w:lastRow="0" w:firstColumn="1" w:lastColumn="0" w:noHBand="0" w:noVBand="1"/>
      </w:tblPr>
      <w:tblGrid>
        <w:gridCol w:w="10282"/>
      </w:tblGrid>
      <w:tr w:rsidR="00273037" w:rsidRPr="006A0334" w14:paraId="00E03FCE" w14:textId="77777777">
        <w:trPr>
          <w:jc w:val="center"/>
        </w:trPr>
        <w:tc>
          <w:tcPr>
            <w:tcW w:w="10282" w:type="dxa"/>
            <w:shd w:val="clear" w:color="auto" w:fill="F6F6F4"/>
            <w:tcMar>
              <w:top w:w="160" w:type="dxa"/>
              <w:left w:w="180" w:type="dxa"/>
              <w:bottom w:w="160" w:type="dxa"/>
              <w:right w:w="180" w:type="dxa"/>
            </w:tcMar>
          </w:tcPr>
          <w:p w14:paraId="0824A525"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26"/>
              </w:rPr>
              <w:t>BACK TO OUR ROOTS. CREATING MEMORIES FOR A LIFETIME.</w:t>
            </w:r>
          </w:p>
        </w:tc>
      </w:tr>
    </w:tbl>
    <w:p w14:paraId="35FC80A0" w14:textId="77777777" w:rsidR="00273037" w:rsidRPr="006A0334" w:rsidRDefault="00273037">
      <w:pPr>
        <w:spacing w:after="0"/>
        <w:rPr>
          <w:rFonts w:asciiTheme="majorHAnsi" w:hAnsiTheme="majorHAnsi" w:cstheme="majorHAnsi"/>
        </w:rPr>
      </w:pPr>
    </w:p>
    <w:p w14:paraId="32DF5C35" w14:textId="77777777" w:rsidR="00273037" w:rsidRPr="006A0334" w:rsidRDefault="00000000">
      <w:pPr>
        <w:jc w:val="center"/>
        <w:rPr>
          <w:rFonts w:asciiTheme="majorHAnsi" w:hAnsiTheme="majorHAnsi" w:cstheme="majorHAnsi"/>
          <w:lang w:val="pt-BR"/>
        </w:rPr>
      </w:pPr>
      <w:r w:rsidRPr="006A0334">
        <w:rPr>
          <w:rFonts w:asciiTheme="majorHAnsi" w:hAnsiTheme="majorHAnsi" w:cstheme="majorHAnsi"/>
          <w:b/>
          <w:sz w:val="24"/>
          <w:lang w:val="pt-BR"/>
        </w:rPr>
        <w:t>RIO DE JANEIRO · BRAZIL</w:t>
      </w:r>
      <w:r w:rsidRPr="006A0334">
        <w:rPr>
          <w:rFonts w:asciiTheme="majorHAnsi" w:hAnsiTheme="majorHAnsi" w:cstheme="majorHAnsi"/>
          <w:b/>
          <w:sz w:val="24"/>
          <w:lang w:val="pt-BR"/>
        </w:rPr>
        <w:br/>
        <w:t>JULY 24–31, 2027</w:t>
      </w:r>
    </w:p>
    <w:p w14:paraId="3DE139A4" w14:textId="77777777" w:rsidR="00273037" w:rsidRPr="006A0334" w:rsidRDefault="00273037">
      <w:pPr>
        <w:rPr>
          <w:rFonts w:asciiTheme="majorHAnsi" w:hAnsiTheme="majorHAnsi" w:cstheme="majorHAnsi"/>
          <w:lang w:val="pt-BR"/>
        </w:rPr>
      </w:pPr>
    </w:p>
    <w:p w14:paraId="046D20FF" w14:textId="77777777" w:rsidR="00273037" w:rsidRPr="006A0334" w:rsidRDefault="00000000">
      <w:pPr>
        <w:jc w:val="center"/>
        <w:rPr>
          <w:rFonts w:asciiTheme="majorHAnsi" w:hAnsiTheme="majorHAnsi" w:cstheme="majorHAnsi"/>
        </w:rPr>
      </w:pPr>
      <w:r w:rsidRPr="006A0334">
        <w:rPr>
          <w:rFonts w:asciiTheme="majorHAnsi" w:hAnsiTheme="majorHAnsi" w:cstheme="majorHAnsi"/>
          <w:b/>
          <w:sz w:val="22"/>
        </w:rPr>
        <w:t>BJJ BROUGHT YOU HERE. RIO IS FOR EVERYONE.</w:t>
      </w:r>
    </w:p>
    <w:p w14:paraId="699796FF" w14:textId="77777777" w:rsidR="00273037" w:rsidRPr="006A0334" w:rsidRDefault="00000000">
      <w:pPr>
        <w:jc w:val="center"/>
        <w:rPr>
          <w:rFonts w:asciiTheme="majorHAnsi" w:hAnsiTheme="majorHAnsi" w:cstheme="majorHAnsi"/>
        </w:rPr>
      </w:pPr>
      <w:r w:rsidRPr="006A0334">
        <w:rPr>
          <w:rFonts w:asciiTheme="majorHAnsi" w:hAnsiTheme="majorHAnsi" w:cstheme="majorHAnsi"/>
          <w:color w:val="5A5A5A"/>
          <w:sz w:val="17"/>
        </w:rPr>
        <w:t>Participant Guide — Version 1.0 · September 2026</w:t>
      </w:r>
    </w:p>
    <w:p w14:paraId="7788B5F6" w14:textId="77777777" w:rsidR="00273037" w:rsidRPr="006A0334" w:rsidRDefault="00000000">
      <w:pPr>
        <w:jc w:val="center"/>
        <w:rPr>
          <w:rFonts w:asciiTheme="majorHAnsi" w:hAnsiTheme="majorHAnsi" w:cstheme="majorHAnsi"/>
        </w:rPr>
      </w:pPr>
      <w:r w:rsidRPr="006A0334">
        <w:rPr>
          <w:rFonts w:asciiTheme="majorHAnsi" w:hAnsiTheme="majorHAnsi" w:cstheme="majorHAnsi"/>
          <w:b/>
          <w:sz w:val="16"/>
        </w:rPr>
        <w:t>LOCAL HOSPITALITY, TOURISM &amp; EXPERIENCES PARTNER</w:t>
      </w:r>
    </w:p>
    <w:p w14:paraId="52B98BD6" w14:textId="77777777" w:rsidR="00273037" w:rsidRPr="006A0334" w:rsidRDefault="00000000">
      <w:pPr>
        <w:jc w:val="center"/>
        <w:rPr>
          <w:rFonts w:asciiTheme="majorHAnsi" w:hAnsiTheme="majorHAnsi" w:cstheme="majorHAnsi"/>
        </w:rPr>
      </w:pPr>
      <w:r w:rsidRPr="006A0334">
        <w:rPr>
          <w:rFonts w:asciiTheme="majorHAnsi" w:hAnsiTheme="majorHAnsi" w:cstheme="majorHAnsi"/>
          <w:noProof/>
        </w:rPr>
        <w:drawing>
          <wp:inline distT="0" distB="0" distL="0" distR="0" wp14:anchorId="5F06AD87" wp14:editId="1E3BFAEC">
            <wp:extent cx="2057400" cy="1164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OFICIAL - VERTICAL - PNG(1).png"/>
                    <pic:cNvPicPr/>
                  </pic:nvPicPr>
                  <pic:blipFill>
                    <a:blip r:embed="rId9"/>
                    <a:stretch>
                      <a:fillRect/>
                    </a:stretch>
                  </pic:blipFill>
                  <pic:spPr>
                    <a:xfrm>
                      <a:off x="0" y="0"/>
                      <a:ext cx="2057400" cy="1164320"/>
                    </a:xfrm>
                    <a:prstGeom prst="rect">
                      <a:avLst/>
                    </a:prstGeom>
                  </pic:spPr>
                </pic:pic>
              </a:graphicData>
            </a:graphic>
          </wp:inline>
        </w:drawing>
      </w:r>
    </w:p>
    <w:p w14:paraId="3336791E" w14:textId="77777777" w:rsidR="00273037" w:rsidRPr="006A0334" w:rsidRDefault="00000000">
      <w:pPr>
        <w:rPr>
          <w:rFonts w:asciiTheme="majorHAnsi" w:hAnsiTheme="majorHAnsi" w:cstheme="majorHAnsi"/>
        </w:rPr>
      </w:pPr>
      <w:r w:rsidRPr="006A0334">
        <w:rPr>
          <w:rFonts w:asciiTheme="majorHAnsi" w:hAnsiTheme="majorHAnsi" w:cstheme="majorHAnsi"/>
        </w:rPr>
        <w:br w:type="page"/>
      </w:r>
    </w:p>
    <w:p w14:paraId="4BD14EB6"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lastRenderedPageBreak/>
        <w:t>WELCOME</w:t>
      </w:r>
    </w:p>
    <w:p w14:paraId="37C57BA7"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WELCOME TO YOUR BRAZIL TRIP</w:t>
      </w:r>
    </w:p>
    <w:p w14:paraId="2E257FD9"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More than a trip. A lifetime of memories.</w:t>
      </w:r>
    </w:p>
    <w:p w14:paraId="6FA67AED" w14:textId="77777777" w:rsidR="00273037" w:rsidRPr="006A0334" w:rsidRDefault="00273037">
      <w:pPr>
        <w:rPr>
          <w:rFonts w:asciiTheme="majorHAnsi" w:hAnsiTheme="majorHAnsi" w:cstheme="majorHAnsi"/>
        </w:rPr>
      </w:pPr>
    </w:p>
    <w:p w14:paraId="60C6C0CB" w14:textId="77777777" w:rsidR="00273037" w:rsidRPr="006A0334" w:rsidRDefault="00000000">
      <w:pPr>
        <w:rPr>
          <w:rFonts w:asciiTheme="majorHAnsi" w:hAnsiTheme="majorHAnsi" w:cstheme="majorHAnsi"/>
        </w:rPr>
      </w:pPr>
      <w:r w:rsidRPr="006A0334">
        <w:rPr>
          <w:rFonts w:asciiTheme="majorHAnsi" w:hAnsiTheme="majorHAnsi" w:cstheme="majorHAnsi"/>
        </w:rPr>
        <w:t>Some trips are measured in days. Others stay with us for a lifetime.</w:t>
      </w:r>
    </w:p>
    <w:p w14:paraId="43DF1EC3" w14:textId="77777777" w:rsidR="00273037" w:rsidRPr="006A0334" w:rsidRDefault="00000000">
      <w:pPr>
        <w:rPr>
          <w:rFonts w:asciiTheme="majorHAnsi" w:hAnsiTheme="majorHAnsi" w:cstheme="majorHAnsi"/>
        </w:rPr>
      </w:pPr>
      <w:r w:rsidRPr="006A0334">
        <w:rPr>
          <w:rFonts w:asciiTheme="majorHAnsi" w:hAnsiTheme="majorHAnsi" w:cstheme="majorHAnsi"/>
        </w:rPr>
        <w:t>The Nova Geração Brazil Trip — Edition III is about much more than visiting Rio de Janeiro or training Brazilian Jiu-Jitsu. It is about the people you meet, the stories you share, the places you discover, the moments on and off the mats, and the experiences that become part of your own story.</w:t>
      </w:r>
    </w:p>
    <w:p w14:paraId="61ABF1B5" w14:textId="77777777" w:rsidR="00273037" w:rsidRPr="006A0334" w:rsidRDefault="00000000">
      <w:pPr>
        <w:rPr>
          <w:rFonts w:asciiTheme="majorHAnsi" w:hAnsiTheme="majorHAnsi" w:cstheme="majorHAnsi"/>
        </w:rPr>
      </w:pPr>
      <w:r w:rsidRPr="006A0334">
        <w:rPr>
          <w:rFonts w:asciiTheme="majorHAnsi" w:hAnsiTheme="majorHAnsi" w:cstheme="majorHAnsi"/>
        </w:rPr>
        <w:t>For one unforgettable week, Rio becomes our home, Nova Geração brings us together, and Brazilian Jiu-Jitsu connects generations, cultures and friendships.</w:t>
      </w:r>
    </w:p>
    <w:tbl>
      <w:tblPr>
        <w:tblW w:w="0" w:type="auto"/>
        <w:jc w:val="center"/>
        <w:tblLook w:val="04A0" w:firstRow="1" w:lastRow="0" w:firstColumn="1" w:lastColumn="0" w:noHBand="0" w:noVBand="1"/>
      </w:tblPr>
      <w:tblGrid>
        <w:gridCol w:w="10282"/>
      </w:tblGrid>
      <w:tr w:rsidR="00273037" w:rsidRPr="006A0334" w14:paraId="5CB0CBA8" w14:textId="77777777">
        <w:trPr>
          <w:jc w:val="center"/>
        </w:trPr>
        <w:tc>
          <w:tcPr>
            <w:tcW w:w="10282" w:type="dxa"/>
            <w:shd w:val="clear" w:color="auto" w:fill="F6F6F4"/>
            <w:tcMar>
              <w:top w:w="160" w:type="dxa"/>
              <w:left w:w="180" w:type="dxa"/>
              <w:bottom w:w="160" w:type="dxa"/>
              <w:right w:w="180" w:type="dxa"/>
            </w:tcMar>
          </w:tcPr>
          <w:p w14:paraId="1C64A8EA"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26"/>
              </w:rPr>
              <w:t>COME FOR THE JIU-JITSU. LIVE RIO. SHARE THE JOURNEY. CREATE MEMORIES FOR A LIFETIME.</w:t>
            </w:r>
          </w:p>
        </w:tc>
      </w:tr>
    </w:tbl>
    <w:p w14:paraId="0581E425" w14:textId="77777777" w:rsidR="00273037" w:rsidRPr="006A0334" w:rsidRDefault="00273037">
      <w:pPr>
        <w:spacing w:after="0"/>
        <w:rPr>
          <w:rFonts w:asciiTheme="majorHAnsi" w:hAnsiTheme="majorHAnsi" w:cstheme="majorHAnsi"/>
        </w:rPr>
      </w:pPr>
    </w:p>
    <w:p w14:paraId="631A196F" w14:textId="77777777" w:rsidR="00273037" w:rsidRPr="006A0334" w:rsidRDefault="00000000">
      <w:pPr>
        <w:pStyle w:val="Ttulo2"/>
        <w:rPr>
          <w:rFonts w:cstheme="majorHAnsi"/>
        </w:rPr>
      </w:pPr>
      <w:r w:rsidRPr="006A0334">
        <w:rPr>
          <w:rFonts w:cstheme="majorHAnsi"/>
        </w:rPr>
        <w:t>A WEEK BUILT AROUND CONNECTION</w:t>
      </w:r>
    </w:p>
    <w:p w14:paraId="7B4EA7CA" w14:textId="77777777" w:rsidR="00273037" w:rsidRPr="006A0334" w:rsidRDefault="00000000">
      <w:pPr>
        <w:rPr>
          <w:rFonts w:asciiTheme="majorHAnsi" w:hAnsiTheme="majorHAnsi" w:cstheme="majorHAnsi"/>
        </w:rPr>
      </w:pPr>
      <w:r w:rsidRPr="006A0334">
        <w:rPr>
          <w:rFonts w:asciiTheme="majorHAnsi" w:hAnsiTheme="majorHAnsi" w:cstheme="majorHAnsi"/>
        </w:rPr>
        <w:t>The Brazil Trip brings together the Nova Geração community, BJJ practitioners, professors, academy members, families, friends and non-training guests from around the world. You do not need to be a competitor — or even train BJJ — to be part of the experience.</w:t>
      </w:r>
    </w:p>
    <w:p w14:paraId="1387E2E0" w14:textId="77777777" w:rsidR="00273037" w:rsidRPr="006A0334" w:rsidRDefault="00000000">
      <w:pPr>
        <w:rPr>
          <w:rFonts w:asciiTheme="majorHAnsi" w:hAnsiTheme="majorHAnsi" w:cstheme="majorHAnsi"/>
        </w:rPr>
      </w:pPr>
      <w:r w:rsidRPr="006A0334">
        <w:rPr>
          <w:rFonts w:asciiTheme="majorHAnsi" w:hAnsiTheme="majorHAnsi" w:cstheme="majorHAnsi"/>
        </w:rPr>
        <w:t>Our goal is to create a week in which the mats, the city, the culture and the people all become part of the same journey.</w:t>
      </w:r>
    </w:p>
    <w:tbl>
      <w:tblPr>
        <w:tblW w:w="0" w:type="auto"/>
        <w:jc w:val="center"/>
        <w:tblLook w:val="04A0" w:firstRow="1" w:lastRow="0" w:firstColumn="1" w:lastColumn="0" w:noHBand="0" w:noVBand="1"/>
      </w:tblPr>
      <w:tblGrid>
        <w:gridCol w:w="10282"/>
      </w:tblGrid>
      <w:tr w:rsidR="00273037" w:rsidRPr="006A0334" w14:paraId="21C37EA8" w14:textId="77777777">
        <w:trPr>
          <w:jc w:val="center"/>
        </w:trPr>
        <w:tc>
          <w:tcPr>
            <w:tcW w:w="10282" w:type="dxa"/>
            <w:shd w:val="clear" w:color="auto" w:fill="F6F6F4"/>
            <w:tcMar>
              <w:top w:w="160" w:type="dxa"/>
              <w:left w:w="180" w:type="dxa"/>
              <w:bottom w:w="160" w:type="dxa"/>
              <w:right w:w="180" w:type="dxa"/>
            </w:tcMar>
          </w:tcPr>
          <w:p w14:paraId="5F1773D4"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26"/>
              </w:rPr>
              <w:t>EXPERIENCES BECOME STORIES.</w:t>
            </w:r>
            <w:r w:rsidRPr="006A0334">
              <w:rPr>
                <w:rFonts w:asciiTheme="majorHAnsi" w:hAnsiTheme="majorHAnsi" w:cstheme="majorHAnsi"/>
                <w:b/>
                <w:color w:val="172033"/>
                <w:sz w:val="26"/>
              </w:rPr>
              <w:br/>
              <w:t>STORIES BECOME MEMORIES.</w:t>
            </w:r>
            <w:r w:rsidRPr="006A0334">
              <w:rPr>
                <w:rFonts w:asciiTheme="majorHAnsi" w:hAnsiTheme="majorHAnsi" w:cstheme="majorHAnsi"/>
                <w:b/>
                <w:color w:val="172033"/>
                <w:sz w:val="26"/>
              </w:rPr>
              <w:br/>
              <w:t>MEMORIES LAST A LIFETIME.</w:t>
            </w:r>
          </w:p>
        </w:tc>
      </w:tr>
    </w:tbl>
    <w:p w14:paraId="6605D7F0" w14:textId="77777777" w:rsidR="006A0334" w:rsidRDefault="006A0334" w:rsidP="006A0334">
      <w:pPr>
        <w:rPr>
          <w:rFonts w:asciiTheme="majorHAnsi" w:hAnsiTheme="majorHAnsi" w:cstheme="majorHAnsi"/>
          <w:b/>
          <w:color w:val="786900"/>
        </w:rPr>
      </w:pPr>
    </w:p>
    <w:p w14:paraId="21BE03FF" w14:textId="42B64870" w:rsidR="00273037" w:rsidRPr="006A0334" w:rsidRDefault="00000000" w:rsidP="006A0334">
      <w:pPr>
        <w:rPr>
          <w:rFonts w:asciiTheme="majorHAnsi" w:hAnsiTheme="majorHAnsi" w:cstheme="majorHAnsi"/>
        </w:rPr>
      </w:pPr>
      <w:r w:rsidRPr="006A0334">
        <w:rPr>
          <w:rFonts w:asciiTheme="majorHAnsi" w:hAnsiTheme="majorHAnsi" w:cstheme="majorHAnsi"/>
          <w:b/>
          <w:color w:val="786900"/>
        </w:rPr>
        <w:t>YOUR GUIDE</w:t>
      </w:r>
    </w:p>
    <w:p w14:paraId="11AC0AB5"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HOW TO USE THIS BOOK</w:t>
      </w:r>
    </w:p>
    <w:p w14:paraId="102376A8"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Keep it with you before and during your trip.</w:t>
      </w:r>
    </w:p>
    <w:p w14:paraId="3B8BC7A6" w14:textId="77777777" w:rsidR="00273037" w:rsidRPr="006A0334" w:rsidRDefault="00273037">
      <w:pPr>
        <w:rPr>
          <w:rFonts w:asciiTheme="majorHAnsi" w:hAnsiTheme="majorHAnsi" w:cstheme="majorHAnsi"/>
        </w:rPr>
      </w:pPr>
    </w:p>
    <w:p w14:paraId="7C77031E" w14:textId="77777777" w:rsidR="00273037" w:rsidRPr="006A0334" w:rsidRDefault="00000000">
      <w:pPr>
        <w:rPr>
          <w:rFonts w:asciiTheme="majorHAnsi" w:hAnsiTheme="majorHAnsi" w:cstheme="majorHAnsi"/>
        </w:rPr>
      </w:pPr>
      <w:r w:rsidRPr="006A0334">
        <w:rPr>
          <w:rFonts w:asciiTheme="majorHAnsi" w:hAnsiTheme="majorHAnsi" w:cstheme="majorHAnsi"/>
        </w:rPr>
        <w:t>This guide is designed to help you prepare, arrive, settle in, enjoy the official program, make the most of your free time and know where to turn when you need local assistance.</w:t>
      </w:r>
    </w:p>
    <w:tbl>
      <w:tblPr>
        <w:tblW w:w="0" w:type="auto"/>
        <w:jc w:val="center"/>
        <w:tblLayout w:type="fixed"/>
        <w:tblLook w:val="04A0" w:firstRow="1" w:lastRow="0" w:firstColumn="1" w:lastColumn="0" w:noHBand="0" w:noVBand="1"/>
      </w:tblPr>
      <w:tblGrid>
        <w:gridCol w:w="3024"/>
        <w:gridCol w:w="6624"/>
      </w:tblGrid>
      <w:tr w:rsidR="00273037" w:rsidRPr="006A0334" w14:paraId="60FAA7CB" w14:textId="77777777">
        <w:trPr>
          <w:jc w:val="center"/>
        </w:trPr>
        <w:tc>
          <w:tcPr>
            <w:tcW w:w="3024" w:type="dxa"/>
            <w:shd w:val="clear" w:color="auto" w:fill="FFF8CC"/>
            <w:tcMar>
              <w:top w:w="90" w:type="dxa"/>
              <w:left w:w="120" w:type="dxa"/>
              <w:bottom w:w="90" w:type="dxa"/>
              <w:right w:w="120" w:type="dxa"/>
            </w:tcMar>
          </w:tcPr>
          <w:p w14:paraId="7CBF919A" w14:textId="77777777" w:rsidR="00273037" w:rsidRPr="006A0334" w:rsidRDefault="00000000">
            <w:pPr>
              <w:rPr>
                <w:rFonts w:asciiTheme="majorHAnsi" w:hAnsiTheme="majorHAnsi" w:cstheme="majorHAnsi"/>
              </w:rPr>
            </w:pPr>
            <w:r w:rsidRPr="006A0334">
              <w:rPr>
                <w:rFonts w:asciiTheme="majorHAnsi" w:hAnsiTheme="majorHAnsi" w:cstheme="majorHAnsi"/>
                <w:b/>
              </w:rPr>
              <w:t>BEFORE RIO</w:t>
            </w:r>
          </w:p>
        </w:tc>
        <w:tc>
          <w:tcPr>
            <w:tcW w:w="6624" w:type="dxa"/>
            <w:tcMar>
              <w:top w:w="90" w:type="dxa"/>
              <w:left w:w="120" w:type="dxa"/>
              <w:bottom w:w="90" w:type="dxa"/>
              <w:right w:w="120" w:type="dxa"/>
            </w:tcMar>
          </w:tcPr>
          <w:p w14:paraId="5C41BCF3" w14:textId="77777777" w:rsidR="00273037" w:rsidRPr="006A0334" w:rsidRDefault="00000000">
            <w:pPr>
              <w:rPr>
                <w:rFonts w:asciiTheme="majorHAnsi" w:hAnsiTheme="majorHAnsi" w:cstheme="majorHAnsi"/>
              </w:rPr>
            </w:pPr>
            <w:r w:rsidRPr="006A0334">
              <w:rPr>
                <w:rFonts w:asciiTheme="majorHAnsi" w:hAnsiTheme="majorHAnsi" w:cstheme="majorHAnsi"/>
              </w:rPr>
              <w:t>Travel preparation, documents, packing, flight information and what to expect.</w:t>
            </w:r>
          </w:p>
        </w:tc>
      </w:tr>
      <w:tr w:rsidR="00273037" w:rsidRPr="006A0334" w14:paraId="3E967C43" w14:textId="77777777">
        <w:trPr>
          <w:jc w:val="center"/>
        </w:trPr>
        <w:tc>
          <w:tcPr>
            <w:tcW w:w="3024" w:type="dxa"/>
            <w:shd w:val="clear" w:color="auto" w:fill="FFF8CC"/>
            <w:tcMar>
              <w:top w:w="90" w:type="dxa"/>
              <w:left w:w="120" w:type="dxa"/>
              <w:bottom w:w="90" w:type="dxa"/>
              <w:right w:w="120" w:type="dxa"/>
            </w:tcMar>
          </w:tcPr>
          <w:p w14:paraId="0B03F7B5" w14:textId="77777777" w:rsidR="00273037" w:rsidRPr="006A0334" w:rsidRDefault="00000000">
            <w:pPr>
              <w:rPr>
                <w:rFonts w:asciiTheme="majorHAnsi" w:hAnsiTheme="majorHAnsi" w:cstheme="majorHAnsi"/>
              </w:rPr>
            </w:pPr>
            <w:r w:rsidRPr="006A0334">
              <w:rPr>
                <w:rFonts w:asciiTheme="majorHAnsi" w:hAnsiTheme="majorHAnsi" w:cstheme="majorHAnsi"/>
                <w:b/>
              </w:rPr>
              <w:lastRenderedPageBreak/>
              <w:t>ARRIVING IN RIO</w:t>
            </w:r>
          </w:p>
        </w:tc>
        <w:tc>
          <w:tcPr>
            <w:tcW w:w="6624" w:type="dxa"/>
            <w:tcMar>
              <w:top w:w="90" w:type="dxa"/>
              <w:left w:w="120" w:type="dxa"/>
              <w:bottom w:w="90" w:type="dxa"/>
              <w:right w:w="120" w:type="dxa"/>
            </w:tcMar>
          </w:tcPr>
          <w:p w14:paraId="32428FE1" w14:textId="77777777" w:rsidR="00273037" w:rsidRPr="006A0334" w:rsidRDefault="00000000">
            <w:pPr>
              <w:rPr>
                <w:rFonts w:asciiTheme="majorHAnsi" w:hAnsiTheme="majorHAnsi" w:cstheme="majorHAnsi"/>
              </w:rPr>
            </w:pPr>
            <w:r w:rsidRPr="006A0334">
              <w:rPr>
                <w:rFonts w:asciiTheme="majorHAnsi" w:hAnsiTheme="majorHAnsi" w:cstheme="majorHAnsi"/>
              </w:rPr>
              <w:t>Official arrival, airport transfers, check-in and first-day orientation.</w:t>
            </w:r>
          </w:p>
        </w:tc>
      </w:tr>
      <w:tr w:rsidR="00273037" w:rsidRPr="006A0334" w14:paraId="6E96ABFB" w14:textId="77777777">
        <w:trPr>
          <w:jc w:val="center"/>
        </w:trPr>
        <w:tc>
          <w:tcPr>
            <w:tcW w:w="3024" w:type="dxa"/>
            <w:shd w:val="clear" w:color="auto" w:fill="FFF8CC"/>
            <w:tcMar>
              <w:top w:w="90" w:type="dxa"/>
              <w:left w:w="120" w:type="dxa"/>
              <w:bottom w:w="90" w:type="dxa"/>
              <w:right w:w="120" w:type="dxa"/>
            </w:tcMar>
          </w:tcPr>
          <w:p w14:paraId="2E29E1CB" w14:textId="77777777" w:rsidR="00273037" w:rsidRPr="006A0334" w:rsidRDefault="00000000">
            <w:pPr>
              <w:rPr>
                <w:rFonts w:asciiTheme="majorHAnsi" w:hAnsiTheme="majorHAnsi" w:cstheme="majorHAnsi"/>
              </w:rPr>
            </w:pPr>
            <w:r w:rsidRPr="006A0334">
              <w:rPr>
                <w:rFonts w:asciiTheme="majorHAnsi" w:hAnsiTheme="majorHAnsi" w:cstheme="majorHAnsi"/>
                <w:b/>
              </w:rPr>
              <w:t>LIVING RIO</w:t>
            </w:r>
          </w:p>
        </w:tc>
        <w:tc>
          <w:tcPr>
            <w:tcW w:w="6624" w:type="dxa"/>
            <w:tcMar>
              <w:top w:w="90" w:type="dxa"/>
              <w:left w:w="120" w:type="dxa"/>
              <w:bottom w:w="90" w:type="dxa"/>
              <w:right w:w="120" w:type="dxa"/>
            </w:tcMar>
          </w:tcPr>
          <w:p w14:paraId="17C7FF37" w14:textId="77777777" w:rsidR="00273037" w:rsidRPr="006A0334" w:rsidRDefault="00000000">
            <w:pPr>
              <w:rPr>
                <w:rFonts w:asciiTheme="majorHAnsi" w:hAnsiTheme="majorHAnsi" w:cstheme="majorHAnsi"/>
              </w:rPr>
            </w:pPr>
            <w:r w:rsidRPr="006A0334">
              <w:rPr>
                <w:rFonts w:asciiTheme="majorHAnsi" w:hAnsiTheme="majorHAnsi" w:cstheme="majorHAnsi"/>
              </w:rPr>
              <w:t>The official program, BJJ, iconic Rio experiences, free time and local guidance.</w:t>
            </w:r>
          </w:p>
        </w:tc>
      </w:tr>
      <w:tr w:rsidR="00273037" w:rsidRPr="006A0334" w14:paraId="0722E98F" w14:textId="77777777">
        <w:trPr>
          <w:jc w:val="center"/>
        </w:trPr>
        <w:tc>
          <w:tcPr>
            <w:tcW w:w="3024" w:type="dxa"/>
            <w:shd w:val="clear" w:color="auto" w:fill="FFF8CC"/>
            <w:tcMar>
              <w:top w:w="90" w:type="dxa"/>
              <w:left w:w="120" w:type="dxa"/>
              <w:bottom w:w="90" w:type="dxa"/>
              <w:right w:w="120" w:type="dxa"/>
            </w:tcMar>
          </w:tcPr>
          <w:p w14:paraId="2550B592" w14:textId="77777777" w:rsidR="00273037" w:rsidRPr="006A0334" w:rsidRDefault="00000000">
            <w:pPr>
              <w:rPr>
                <w:rFonts w:asciiTheme="majorHAnsi" w:hAnsiTheme="majorHAnsi" w:cstheme="majorHAnsi"/>
              </w:rPr>
            </w:pPr>
            <w:r w:rsidRPr="006A0334">
              <w:rPr>
                <w:rFonts w:asciiTheme="majorHAnsi" w:hAnsiTheme="majorHAnsi" w:cstheme="majorHAnsi"/>
                <w:b/>
              </w:rPr>
              <w:t>YOUR RIO</w:t>
            </w:r>
          </w:p>
        </w:tc>
        <w:tc>
          <w:tcPr>
            <w:tcW w:w="6624" w:type="dxa"/>
            <w:tcMar>
              <w:top w:w="90" w:type="dxa"/>
              <w:left w:w="120" w:type="dxa"/>
              <w:bottom w:w="90" w:type="dxa"/>
              <w:right w:w="120" w:type="dxa"/>
            </w:tcMar>
          </w:tcPr>
          <w:p w14:paraId="24525F68" w14:textId="77777777" w:rsidR="00273037" w:rsidRPr="006A0334" w:rsidRDefault="00000000">
            <w:pPr>
              <w:rPr>
                <w:rFonts w:asciiTheme="majorHAnsi" w:hAnsiTheme="majorHAnsi" w:cstheme="majorHAnsi"/>
              </w:rPr>
            </w:pPr>
            <w:r w:rsidRPr="006A0334">
              <w:rPr>
                <w:rFonts w:asciiTheme="majorHAnsi" w:hAnsiTheme="majorHAnsi" w:cstheme="majorHAnsi"/>
              </w:rPr>
              <w:t>Optional experiences, restaurants, culture, transportation and personalized arrangements.</w:t>
            </w:r>
          </w:p>
        </w:tc>
      </w:tr>
      <w:tr w:rsidR="00273037" w:rsidRPr="006A0334" w14:paraId="2563482C" w14:textId="77777777">
        <w:trPr>
          <w:jc w:val="center"/>
        </w:trPr>
        <w:tc>
          <w:tcPr>
            <w:tcW w:w="3024" w:type="dxa"/>
            <w:shd w:val="clear" w:color="auto" w:fill="FFF8CC"/>
            <w:tcMar>
              <w:top w:w="90" w:type="dxa"/>
              <w:left w:w="120" w:type="dxa"/>
              <w:bottom w:w="90" w:type="dxa"/>
              <w:right w:w="120" w:type="dxa"/>
            </w:tcMar>
          </w:tcPr>
          <w:p w14:paraId="6166BF15" w14:textId="77777777" w:rsidR="00273037" w:rsidRPr="006A0334" w:rsidRDefault="00000000">
            <w:pPr>
              <w:rPr>
                <w:rFonts w:asciiTheme="majorHAnsi" w:hAnsiTheme="majorHAnsi" w:cstheme="majorHAnsi"/>
              </w:rPr>
            </w:pPr>
            <w:r w:rsidRPr="006A0334">
              <w:rPr>
                <w:rFonts w:asciiTheme="majorHAnsi" w:hAnsiTheme="majorHAnsi" w:cstheme="majorHAnsi"/>
                <w:b/>
              </w:rPr>
              <w:t>TAKING RIO HOME</w:t>
            </w:r>
          </w:p>
        </w:tc>
        <w:tc>
          <w:tcPr>
            <w:tcW w:w="6624" w:type="dxa"/>
            <w:tcMar>
              <w:top w:w="90" w:type="dxa"/>
              <w:left w:w="120" w:type="dxa"/>
              <w:bottom w:w="90" w:type="dxa"/>
              <w:right w:w="120" w:type="dxa"/>
            </w:tcMar>
          </w:tcPr>
          <w:p w14:paraId="3DBD61F2" w14:textId="77777777" w:rsidR="00273037" w:rsidRPr="006A0334" w:rsidRDefault="00000000">
            <w:pPr>
              <w:rPr>
                <w:rFonts w:asciiTheme="majorHAnsi" w:hAnsiTheme="majorHAnsi" w:cstheme="majorHAnsi"/>
              </w:rPr>
            </w:pPr>
            <w:r w:rsidRPr="006A0334">
              <w:rPr>
                <w:rFonts w:asciiTheme="majorHAnsi" w:hAnsiTheme="majorHAnsi" w:cstheme="majorHAnsi"/>
              </w:rPr>
              <w:t>A place to capture the people, moments and memories that made the journey yours.</w:t>
            </w:r>
          </w:p>
        </w:tc>
      </w:tr>
    </w:tbl>
    <w:tbl>
      <w:tblPr>
        <w:tblW w:w="0" w:type="auto"/>
        <w:jc w:val="center"/>
        <w:tblLook w:val="04A0" w:firstRow="1" w:lastRow="0" w:firstColumn="1" w:lastColumn="0" w:noHBand="0" w:noVBand="1"/>
      </w:tblPr>
      <w:tblGrid>
        <w:gridCol w:w="10282"/>
      </w:tblGrid>
      <w:tr w:rsidR="00273037" w:rsidRPr="006A0334" w14:paraId="319FB687" w14:textId="77777777">
        <w:trPr>
          <w:jc w:val="center"/>
        </w:trPr>
        <w:tc>
          <w:tcPr>
            <w:tcW w:w="10282" w:type="dxa"/>
            <w:shd w:val="clear" w:color="auto" w:fill="FFF8CC"/>
            <w:tcMar>
              <w:top w:w="110" w:type="dxa"/>
              <w:left w:w="140" w:type="dxa"/>
              <w:bottom w:w="110" w:type="dxa"/>
              <w:right w:w="140" w:type="dxa"/>
            </w:tcMar>
          </w:tcPr>
          <w:p w14:paraId="6CD48FDB" w14:textId="77777777" w:rsidR="00273037" w:rsidRPr="006A0334" w:rsidRDefault="00000000">
            <w:pPr>
              <w:rPr>
                <w:rFonts w:asciiTheme="majorHAnsi" w:hAnsiTheme="majorHAnsi" w:cstheme="majorHAnsi"/>
              </w:rPr>
            </w:pPr>
            <w:r w:rsidRPr="006A0334">
              <w:rPr>
                <w:rFonts w:asciiTheme="majorHAnsi" w:hAnsiTheme="majorHAnsi" w:cstheme="majorHAnsi"/>
                <w:b/>
                <w:sz w:val="22"/>
              </w:rPr>
              <w:t>IMPORTANT</w:t>
            </w:r>
          </w:p>
        </w:tc>
      </w:tr>
    </w:tbl>
    <w:p w14:paraId="572A1728" w14:textId="77777777" w:rsidR="00273037" w:rsidRPr="006A0334" w:rsidRDefault="00273037">
      <w:pPr>
        <w:spacing w:after="0"/>
        <w:rPr>
          <w:rFonts w:asciiTheme="majorHAnsi" w:hAnsiTheme="majorHAnsi" w:cstheme="majorHAnsi"/>
        </w:rPr>
      </w:pPr>
    </w:p>
    <w:p w14:paraId="6C604EC5" w14:textId="0FDB464D" w:rsidR="00273037" w:rsidRDefault="00000000">
      <w:pPr>
        <w:rPr>
          <w:rFonts w:asciiTheme="majorHAnsi" w:hAnsiTheme="majorHAnsi" w:cstheme="majorHAnsi"/>
        </w:rPr>
      </w:pPr>
      <w:r w:rsidRPr="006A0334">
        <w:rPr>
          <w:rFonts w:asciiTheme="majorHAnsi" w:hAnsiTheme="majorHAnsi" w:cstheme="majorHAnsi"/>
        </w:rPr>
        <w:t>This Experience Book is a participant guide. It does not replace the Terms &amp; Conditions, Privacy Policy, Booking Summary, Payment Schedule or specific operational communications applicable to your reservation. If an operational detail changes, follow the most recent official communication provided by the organization or Carioca21.</w:t>
      </w:r>
    </w:p>
    <w:p w14:paraId="1E618EF7" w14:textId="77777777" w:rsidR="006A0334" w:rsidRPr="006A0334" w:rsidRDefault="006A0334">
      <w:pPr>
        <w:rPr>
          <w:rFonts w:asciiTheme="majorHAnsi" w:hAnsiTheme="majorHAnsi" w:cstheme="majorHAnsi"/>
        </w:rPr>
      </w:pPr>
    </w:p>
    <w:p w14:paraId="45BADEFE"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AT A GLANCE</w:t>
      </w:r>
    </w:p>
    <w:p w14:paraId="2D0980D4"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YOUR BRAZIL TRIP</w:t>
      </w:r>
    </w:p>
    <w:p w14:paraId="60A01496"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The essentials in one place.</w:t>
      </w:r>
    </w:p>
    <w:p w14:paraId="7842BAF2" w14:textId="77777777" w:rsidR="00273037" w:rsidRPr="006A0334" w:rsidRDefault="00273037">
      <w:pPr>
        <w:rPr>
          <w:rFonts w:asciiTheme="majorHAnsi" w:hAnsiTheme="majorHAnsi" w:cstheme="majorHAnsi"/>
        </w:rPr>
      </w:pPr>
    </w:p>
    <w:tbl>
      <w:tblPr>
        <w:tblW w:w="0" w:type="auto"/>
        <w:jc w:val="center"/>
        <w:tblLayout w:type="fixed"/>
        <w:tblLook w:val="04A0" w:firstRow="1" w:lastRow="0" w:firstColumn="1" w:lastColumn="0" w:noHBand="0" w:noVBand="1"/>
      </w:tblPr>
      <w:tblGrid>
        <w:gridCol w:w="3024"/>
        <w:gridCol w:w="6624"/>
      </w:tblGrid>
      <w:tr w:rsidR="00273037" w:rsidRPr="00F170DC" w14:paraId="34445AF0" w14:textId="77777777">
        <w:trPr>
          <w:jc w:val="center"/>
        </w:trPr>
        <w:tc>
          <w:tcPr>
            <w:tcW w:w="3024" w:type="dxa"/>
            <w:shd w:val="clear" w:color="auto" w:fill="FFF8CC"/>
            <w:tcMar>
              <w:top w:w="90" w:type="dxa"/>
              <w:left w:w="120" w:type="dxa"/>
              <w:bottom w:w="90" w:type="dxa"/>
              <w:right w:w="120" w:type="dxa"/>
            </w:tcMar>
          </w:tcPr>
          <w:p w14:paraId="330ACACE" w14:textId="77777777" w:rsidR="00273037" w:rsidRPr="006A0334" w:rsidRDefault="00000000">
            <w:pPr>
              <w:rPr>
                <w:rFonts w:asciiTheme="majorHAnsi" w:hAnsiTheme="majorHAnsi" w:cstheme="majorHAnsi"/>
              </w:rPr>
            </w:pPr>
            <w:r w:rsidRPr="006A0334">
              <w:rPr>
                <w:rFonts w:asciiTheme="majorHAnsi" w:hAnsiTheme="majorHAnsi" w:cstheme="majorHAnsi"/>
                <w:b/>
              </w:rPr>
              <w:t>Event</w:t>
            </w:r>
          </w:p>
        </w:tc>
        <w:tc>
          <w:tcPr>
            <w:tcW w:w="6624" w:type="dxa"/>
            <w:tcMar>
              <w:top w:w="90" w:type="dxa"/>
              <w:left w:w="120" w:type="dxa"/>
              <w:bottom w:w="90" w:type="dxa"/>
              <w:right w:w="120" w:type="dxa"/>
            </w:tcMar>
          </w:tcPr>
          <w:p w14:paraId="40130219" w14:textId="77777777" w:rsidR="00273037" w:rsidRPr="006A0334" w:rsidRDefault="00000000">
            <w:pPr>
              <w:rPr>
                <w:rFonts w:asciiTheme="majorHAnsi" w:hAnsiTheme="majorHAnsi" w:cstheme="majorHAnsi"/>
                <w:lang w:val="pt-BR"/>
              </w:rPr>
            </w:pPr>
            <w:r w:rsidRPr="006A0334">
              <w:rPr>
                <w:rFonts w:asciiTheme="majorHAnsi" w:hAnsiTheme="majorHAnsi" w:cstheme="majorHAnsi"/>
                <w:lang w:val="pt-BR"/>
              </w:rPr>
              <w:t xml:space="preserve">Nova Geração Brazil </w:t>
            </w:r>
            <w:proofErr w:type="spellStart"/>
            <w:r w:rsidRPr="006A0334">
              <w:rPr>
                <w:rFonts w:asciiTheme="majorHAnsi" w:hAnsiTheme="majorHAnsi" w:cstheme="majorHAnsi"/>
                <w:lang w:val="pt-BR"/>
              </w:rPr>
              <w:t>Trip</w:t>
            </w:r>
            <w:proofErr w:type="spellEnd"/>
            <w:r w:rsidRPr="006A0334">
              <w:rPr>
                <w:rFonts w:asciiTheme="majorHAnsi" w:hAnsiTheme="majorHAnsi" w:cstheme="majorHAnsi"/>
                <w:lang w:val="pt-BR"/>
              </w:rPr>
              <w:t xml:space="preserve"> — </w:t>
            </w:r>
            <w:proofErr w:type="spellStart"/>
            <w:r w:rsidRPr="006A0334">
              <w:rPr>
                <w:rFonts w:asciiTheme="majorHAnsi" w:hAnsiTheme="majorHAnsi" w:cstheme="majorHAnsi"/>
                <w:lang w:val="pt-BR"/>
              </w:rPr>
              <w:t>Edition</w:t>
            </w:r>
            <w:proofErr w:type="spellEnd"/>
            <w:r w:rsidRPr="006A0334">
              <w:rPr>
                <w:rFonts w:asciiTheme="majorHAnsi" w:hAnsiTheme="majorHAnsi" w:cstheme="majorHAnsi"/>
                <w:lang w:val="pt-BR"/>
              </w:rPr>
              <w:t xml:space="preserve"> III</w:t>
            </w:r>
          </w:p>
        </w:tc>
      </w:tr>
      <w:tr w:rsidR="00273037" w:rsidRPr="006A0334" w14:paraId="05B4BFE9" w14:textId="77777777">
        <w:trPr>
          <w:jc w:val="center"/>
        </w:trPr>
        <w:tc>
          <w:tcPr>
            <w:tcW w:w="3024" w:type="dxa"/>
            <w:shd w:val="clear" w:color="auto" w:fill="FFF8CC"/>
            <w:tcMar>
              <w:top w:w="90" w:type="dxa"/>
              <w:left w:w="120" w:type="dxa"/>
              <w:bottom w:w="90" w:type="dxa"/>
              <w:right w:w="120" w:type="dxa"/>
            </w:tcMar>
          </w:tcPr>
          <w:p w14:paraId="3D618B92" w14:textId="77777777" w:rsidR="00273037" w:rsidRPr="006A0334" w:rsidRDefault="00000000">
            <w:pPr>
              <w:rPr>
                <w:rFonts w:asciiTheme="majorHAnsi" w:hAnsiTheme="majorHAnsi" w:cstheme="majorHAnsi"/>
              </w:rPr>
            </w:pPr>
            <w:r w:rsidRPr="006A0334">
              <w:rPr>
                <w:rFonts w:asciiTheme="majorHAnsi" w:hAnsiTheme="majorHAnsi" w:cstheme="majorHAnsi"/>
                <w:b/>
              </w:rPr>
              <w:t>Theme</w:t>
            </w:r>
          </w:p>
        </w:tc>
        <w:tc>
          <w:tcPr>
            <w:tcW w:w="6624" w:type="dxa"/>
            <w:tcMar>
              <w:top w:w="90" w:type="dxa"/>
              <w:left w:w="120" w:type="dxa"/>
              <w:bottom w:w="90" w:type="dxa"/>
              <w:right w:w="120" w:type="dxa"/>
            </w:tcMar>
          </w:tcPr>
          <w:p w14:paraId="62342678" w14:textId="77777777" w:rsidR="00273037" w:rsidRPr="006A0334" w:rsidRDefault="00000000">
            <w:pPr>
              <w:rPr>
                <w:rFonts w:asciiTheme="majorHAnsi" w:hAnsiTheme="majorHAnsi" w:cstheme="majorHAnsi"/>
              </w:rPr>
            </w:pPr>
            <w:r w:rsidRPr="006A0334">
              <w:rPr>
                <w:rFonts w:asciiTheme="majorHAnsi" w:hAnsiTheme="majorHAnsi" w:cstheme="majorHAnsi"/>
              </w:rPr>
              <w:t>Back to Our Roots.</w:t>
            </w:r>
          </w:p>
        </w:tc>
      </w:tr>
      <w:tr w:rsidR="00273037" w:rsidRPr="006A0334" w14:paraId="602731D2" w14:textId="77777777">
        <w:trPr>
          <w:jc w:val="center"/>
        </w:trPr>
        <w:tc>
          <w:tcPr>
            <w:tcW w:w="3024" w:type="dxa"/>
            <w:shd w:val="clear" w:color="auto" w:fill="FFF8CC"/>
            <w:tcMar>
              <w:top w:w="90" w:type="dxa"/>
              <w:left w:w="120" w:type="dxa"/>
              <w:bottom w:w="90" w:type="dxa"/>
              <w:right w:w="120" w:type="dxa"/>
            </w:tcMar>
          </w:tcPr>
          <w:p w14:paraId="0232F9DB" w14:textId="77777777" w:rsidR="00273037" w:rsidRPr="006A0334" w:rsidRDefault="00000000">
            <w:pPr>
              <w:rPr>
                <w:rFonts w:asciiTheme="majorHAnsi" w:hAnsiTheme="majorHAnsi" w:cstheme="majorHAnsi"/>
              </w:rPr>
            </w:pPr>
            <w:r w:rsidRPr="006A0334">
              <w:rPr>
                <w:rFonts w:asciiTheme="majorHAnsi" w:hAnsiTheme="majorHAnsi" w:cstheme="majorHAnsi"/>
                <w:b/>
              </w:rPr>
              <w:t>Destination</w:t>
            </w:r>
          </w:p>
        </w:tc>
        <w:tc>
          <w:tcPr>
            <w:tcW w:w="6624" w:type="dxa"/>
            <w:tcMar>
              <w:top w:w="90" w:type="dxa"/>
              <w:left w:w="120" w:type="dxa"/>
              <w:bottom w:w="90" w:type="dxa"/>
              <w:right w:w="120" w:type="dxa"/>
            </w:tcMar>
          </w:tcPr>
          <w:p w14:paraId="78A8007A" w14:textId="77777777" w:rsidR="00273037" w:rsidRPr="006A0334" w:rsidRDefault="00000000">
            <w:pPr>
              <w:rPr>
                <w:rFonts w:asciiTheme="majorHAnsi" w:hAnsiTheme="majorHAnsi" w:cstheme="majorHAnsi"/>
              </w:rPr>
            </w:pPr>
            <w:r w:rsidRPr="006A0334">
              <w:rPr>
                <w:rFonts w:asciiTheme="majorHAnsi" w:hAnsiTheme="majorHAnsi" w:cstheme="majorHAnsi"/>
              </w:rPr>
              <w:t>Rio de Janeiro, Brazil</w:t>
            </w:r>
          </w:p>
        </w:tc>
      </w:tr>
      <w:tr w:rsidR="00273037" w:rsidRPr="006A0334" w14:paraId="3B70CF1B" w14:textId="77777777">
        <w:trPr>
          <w:jc w:val="center"/>
        </w:trPr>
        <w:tc>
          <w:tcPr>
            <w:tcW w:w="3024" w:type="dxa"/>
            <w:shd w:val="clear" w:color="auto" w:fill="FFF8CC"/>
            <w:tcMar>
              <w:top w:w="90" w:type="dxa"/>
              <w:left w:w="120" w:type="dxa"/>
              <w:bottom w:w="90" w:type="dxa"/>
              <w:right w:w="120" w:type="dxa"/>
            </w:tcMar>
          </w:tcPr>
          <w:p w14:paraId="5AAF2C9D" w14:textId="77777777" w:rsidR="00273037" w:rsidRPr="006A0334" w:rsidRDefault="00000000">
            <w:pPr>
              <w:rPr>
                <w:rFonts w:asciiTheme="majorHAnsi" w:hAnsiTheme="majorHAnsi" w:cstheme="majorHAnsi"/>
              </w:rPr>
            </w:pPr>
            <w:r w:rsidRPr="006A0334">
              <w:rPr>
                <w:rFonts w:asciiTheme="majorHAnsi" w:hAnsiTheme="majorHAnsi" w:cstheme="majorHAnsi"/>
                <w:b/>
              </w:rPr>
              <w:t>Official Arrival</w:t>
            </w:r>
          </w:p>
        </w:tc>
        <w:tc>
          <w:tcPr>
            <w:tcW w:w="6624" w:type="dxa"/>
            <w:tcMar>
              <w:top w:w="90" w:type="dxa"/>
              <w:left w:w="120" w:type="dxa"/>
              <w:bottom w:w="90" w:type="dxa"/>
              <w:right w:w="120" w:type="dxa"/>
            </w:tcMar>
          </w:tcPr>
          <w:p w14:paraId="0D4F6F63" w14:textId="77777777" w:rsidR="00273037" w:rsidRPr="006A0334" w:rsidRDefault="00000000">
            <w:pPr>
              <w:rPr>
                <w:rFonts w:asciiTheme="majorHAnsi" w:hAnsiTheme="majorHAnsi" w:cstheme="majorHAnsi"/>
              </w:rPr>
            </w:pPr>
            <w:r w:rsidRPr="006A0334">
              <w:rPr>
                <w:rFonts w:asciiTheme="majorHAnsi" w:hAnsiTheme="majorHAnsi" w:cstheme="majorHAnsi"/>
              </w:rPr>
              <w:t>July 24, 2027</w:t>
            </w:r>
          </w:p>
        </w:tc>
      </w:tr>
      <w:tr w:rsidR="00273037" w:rsidRPr="006A0334" w14:paraId="5DAD0DCA" w14:textId="77777777">
        <w:trPr>
          <w:jc w:val="center"/>
        </w:trPr>
        <w:tc>
          <w:tcPr>
            <w:tcW w:w="3024" w:type="dxa"/>
            <w:shd w:val="clear" w:color="auto" w:fill="FFF8CC"/>
            <w:tcMar>
              <w:top w:w="90" w:type="dxa"/>
              <w:left w:w="120" w:type="dxa"/>
              <w:bottom w:w="90" w:type="dxa"/>
              <w:right w:w="120" w:type="dxa"/>
            </w:tcMar>
          </w:tcPr>
          <w:p w14:paraId="71C603BD" w14:textId="77777777" w:rsidR="00273037" w:rsidRPr="006A0334" w:rsidRDefault="00000000">
            <w:pPr>
              <w:rPr>
                <w:rFonts w:asciiTheme="majorHAnsi" w:hAnsiTheme="majorHAnsi" w:cstheme="majorHAnsi"/>
              </w:rPr>
            </w:pPr>
            <w:r w:rsidRPr="006A0334">
              <w:rPr>
                <w:rFonts w:asciiTheme="majorHAnsi" w:hAnsiTheme="majorHAnsi" w:cstheme="majorHAnsi"/>
                <w:b/>
              </w:rPr>
              <w:t>Official Departure</w:t>
            </w:r>
          </w:p>
        </w:tc>
        <w:tc>
          <w:tcPr>
            <w:tcW w:w="6624" w:type="dxa"/>
            <w:tcMar>
              <w:top w:w="90" w:type="dxa"/>
              <w:left w:w="120" w:type="dxa"/>
              <w:bottom w:w="90" w:type="dxa"/>
              <w:right w:w="120" w:type="dxa"/>
            </w:tcMar>
          </w:tcPr>
          <w:p w14:paraId="548A6E0F" w14:textId="77777777" w:rsidR="00273037" w:rsidRPr="006A0334" w:rsidRDefault="00000000">
            <w:pPr>
              <w:rPr>
                <w:rFonts w:asciiTheme="majorHAnsi" w:hAnsiTheme="majorHAnsi" w:cstheme="majorHAnsi"/>
              </w:rPr>
            </w:pPr>
            <w:r w:rsidRPr="006A0334">
              <w:rPr>
                <w:rFonts w:asciiTheme="majorHAnsi" w:hAnsiTheme="majorHAnsi" w:cstheme="majorHAnsi"/>
              </w:rPr>
              <w:t>July 31, 2027</w:t>
            </w:r>
          </w:p>
        </w:tc>
      </w:tr>
      <w:tr w:rsidR="00273037" w:rsidRPr="006A0334" w14:paraId="2E8813FE" w14:textId="77777777">
        <w:trPr>
          <w:jc w:val="center"/>
        </w:trPr>
        <w:tc>
          <w:tcPr>
            <w:tcW w:w="3024" w:type="dxa"/>
            <w:shd w:val="clear" w:color="auto" w:fill="FFF8CC"/>
            <w:tcMar>
              <w:top w:w="90" w:type="dxa"/>
              <w:left w:w="120" w:type="dxa"/>
              <w:bottom w:w="90" w:type="dxa"/>
              <w:right w:w="120" w:type="dxa"/>
            </w:tcMar>
          </w:tcPr>
          <w:p w14:paraId="52F6DE24" w14:textId="77777777" w:rsidR="00273037" w:rsidRPr="006A0334" w:rsidRDefault="00000000">
            <w:pPr>
              <w:rPr>
                <w:rFonts w:asciiTheme="majorHAnsi" w:hAnsiTheme="majorHAnsi" w:cstheme="majorHAnsi"/>
              </w:rPr>
            </w:pPr>
            <w:r w:rsidRPr="006A0334">
              <w:rPr>
                <w:rFonts w:asciiTheme="majorHAnsi" w:hAnsiTheme="majorHAnsi" w:cstheme="majorHAnsi"/>
                <w:b/>
              </w:rPr>
              <w:t>Official Stay</w:t>
            </w:r>
          </w:p>
        </w:tc>
        <w:tc>
          <w:tcPr>
            <w:tcW w:w="6624" w:type="dxa"/>
            <w:tcMar>
              <w:top w:w="90" w:type="dxa"/>
              <w:left w:w="120" w:type="dxa"/>
              <w:bottom w:w="90" w:type="dxa"/>
              <w:right w:w="120" w:type="dxa"/>
            </w:tcMar>
          </w:tcPr>
          <w:p w14:paraId="63B4EA29" w14:textId="77777777" w:rsidR="00273037" w:rsidRPr="006A0334" w:rsidRDefault="00000000">
            <w:pPr>
              <w:rPr>
                <w:rFonts w:asciiTheme="majorHAnsi" w:hAnsiTheme="majorHAnsi" w:cstheme="majorHAnsi"/>
              </w:rPr>
            </w:pPr>
            <w:r w:rsidRPr="006A0334">
              <w:rPr>
                <w:rFonts w:asciiTheme="majorHAnsi" w:hAnsiTheme="majorHAnsi" w:cstheme="majorHAnsi"/>
              </w:rPr>
              <w:t>7 nights</w:t>
            </w:r>
          </w:p>
        </w:tc>
      </w:tr>
      <w:tr w:rsidR="00273037" w:rsidRPr="006A0334" w14:paraId="39F8A362" w14:textId="77777777">
        <w:trPr>
          <w:jc w:val="center"/>
        </w:trPr>
        <w:tc>
          <w:tcPr>
            <w:tcW w:w="3024" w:type="dxa"/>
            <w:shd w:val="clear" w:color="auto" w:fill="FFF8CC"/>
            <w:tcMar>
              <w:top w:w="90" w:type="dxa"/>
              <w:left w:w="120" w:type="dxa"/>
              <w:bottom w:w="90" w:type="dxa"/>
              <w:right w:w="120" w:type="dxa"/>
            </w:tcMar>
          </w:tcPr>
          <w:p w14:paraId="3573BCBC" w14:textId="77777777" w:rsidR="00273037" w:rsidRPr="006A0334" w:rsidRDefault="00000000">
            <w:pPr>
              <w:rPr>
                <w:rFonts w:asciiTheme="majorHAnsi" w:hAnsiTheme="majorHAnsi" w:cstheme="majorHAnsi"/>
              </w:rPr>
            </w:pPr>
            <w:r w:rsidRPr="006A0334">
              <w:rPr>
                <w:rFonts w:asciiTheme="majorHAnsi" w:hAnsiTheme="majorHAnsi" w:cstheme="majorHAnsi"/>
                <w:b/>
              </w:rPr>
              <w:t>Accommodation</w:t>
            </w:r>
          </w:p>
        </w:tc>
        <w:tc>
          <w:tcPr>
            <w:tcW w:w="6624" w:type="dxa"/>
            <w:tcMar>
              <w:top w:w="90" w:type="dxa"/>
              <w:left w:w="120" w:type="dxa"/>
              <w:bottom w:w="90" w:type="dxa"/>
              <w:right w:w="120" w:type="dxa"/>
            </w:tcMar>
          </w:tcPr>
          <w:p w14:paraId="341C3A62" w14:textId="77777777" w:rsidR="00273037" w:rsidRPr="006A0334" w:rsidRDefault="00000000">
            <w:pPr>
              <w:rPr>
                <w:rFonts w:asciiTheme="majorHAnsi" w:hAnsiTheme="majorHAnsi" w:cstheme="majorHAnsi"/>
              </w:rPr>
            </w:pPr>
            <w:r w:rsidRPr="006A0334">
              <w:rPr>
                <w:rFonts w:asciiTheme="majorHAnsi" w:hAnsiTheme="majorHAnsi" w:cstheme="majorHAnsi"/>
              </w:rPr>
              <w:t>Premium 4-Star Hotel — Leblon</w:t>
            </w:r>
          </w:p>
        </w:tc>
      </w:tr>
      <w:tr w:rsidR="00273037" w:rsidRPr="006A0334" w14:paraId="7934C24C" w14:textId="77777777">
        <w:trPr>
          <w:jc w:val="center"/>
        </w:trPr>
        <w:tc>
          <w:tcPr>
            <w:tcW w:w="3024" w:type="dxa"/>
            <w:shd w:val="clear" w:color="auto" w:fill="FFF8CC"/>
            <w:tcMar>
              <w:top w:w="90" w:type="dxa"/>
              <w:left w:w="120" w:type="dxa"/>
              <w:bottom w:w="90" w:type="dxa"/>
              <w:right w:w="120" w:type="dxa"/>
            </w:tcMar>
          </w:tcPr>
          <w:p w14:paraId="12A0C204" w14:textId="77777777" w:rsidR="00273037" w:rsidRPr="006A0334" w:rsidRDefault="00000000">
            <w:pPr>
              <w:rPr>
                <w:rFonts w:asciiTheme="majorHAnsi" w:hAnsiTheme="majorHAnsi" w:cstheme="majorHAnsi"/>
              </w:rPr>
            </w:pPr>
            <w:r w:rsidRPr="006A0334">
              <w:rPr>
                <w:rFonts w:asciiTheme="majorHAnsi" w:hAnsiTheme="majorHAnsi" w:cstheme="majorHAnsi"/>
                <w:b/>
              </w:rPr>
              <w:t>Breakfast</w:t>
            </w:r>
          </w:p>
        </w:tc>
        <w:tc>
          <w:tcPr>
            <w:tcW w:w="6624" w:type="dxa"/>
            <w:tcMar>
              <w:top w:w="90" w:type="dxa"/>
              <w:left w:w="120" w:type="dxa"/>
              <w:bottom w:w="90" w:type="dxa"/>
              <w:right w:w="120" w:type="dxa"/>
            </w:tcMar>
          </w:tcPr>
          <w:p w14:paraId="3C3FDE02" w14:textId="77777777" w:rsidR="00273037" w:rsidRPr="006A0334" w:rsidRDefault="00000000">
            <w:pPr>
              <w:rPr>
                <w:rFonts w:asciiTheme="majorHAnsi" w:hAnsiTheme="majorHAnsi" w:cstheme="majorHAnsi"/>
              </w:rPr>
            </w:pPr>
            <w:r w:rsidRPr="006A0334">
              <w:rPr>
                <w:rFonts w:asciiTheme="majorHAnsi" w:hAnsiTheme="majorHAnsi" w:cstheme="majorHAnsi"/>
              </w:rPr>
              <w:t>Daily breakfast included</w:t>
            </w:r>
          </w:p>
        </w:tc>
      </w:tr>
      <w:tr w:rsidR="00273037" w:rsidRPr="006A0334" w14:paraId="17B5769A" w14:textId="77777777">
        <w:trPr>
          <w:jc w:val="center"/>
        </w:trPr>
        <w:tc>
          <w:tcPr>
            <w:tcW w:w="3024" w:type="dxa"/>
            <w:shd w:val="clear" w:color="auto" w:fill="FFF8CC"/>
            <w:tcMar>
              <w:top w:w="90" w:type="dxa"/>
              <w:left w:w="120" w:type="dxa"/>
              <w:bottom w:w="90" w:type="dxa"/>
              <w:right w:w="120" w:type="dxa"/>
            </w:tcMar>
          </w:tcPr>
          <w:p w14:paraId="780EDA10" w14:textId="77777777" w:rsidR="00273037" w:rsidRPr="006A0334" w:rsidRDefault="00000000">
            <w:pPr>
              <w:rPr>
                <w:rFonts w:asciiTheme="majorHAnsi" w:hAnsiTheme="majorHAnsi" w:cstheme="majorHAnsi"/>
              </w:rPr>
            </w:pPr>
            <w:r w:rsidRPr="006A0334">
              <w:rPr>
                <w:rFonts w:asciiTheme="majorHAnsi" w:hAnsiTheme="majorHAnsi" w:cstheme="majorHAnsi"/>
                <w:b/>
              </w:rPr>
              <w:t>Local Partner</w:t>
            </w:r>
          </w:p>
        </w:tc>
        <w:tc>
          <w:tcPr>
            <w:tcW w:w="6624" w:type="dxa"/>
            <w:tcMar>
              <w:top w:w="90" w:type="dxa"/>
              <w:left w:w="120" w:type="dxa"/>
              <w:bottom w:w="90" w:type="dxa"/>
              <w:right w:w="120" w:type="dxa"/>
            </w:tcMar>
          </w:tcPr>
          <w:p w14:paraId="6CD08CC6" w14:textId="77777777" w:rsidR="00273037" w:rsidRPr="006A0334" w:rsidRDefault="00000000">
            <w:pPr>
              <w:rPr>
                <w:rFonts w:asciiTheme="majorHAnsi" w:hAnsiTheme="majorHAnsi" w:cstheme="majorHAnsi"/>
              </w:rPr>
            </w:pPr>
            <w:r w:rsidRPr="006A0334">
              <w:rPr>
                <w:rFonts w:asciiTheme="majorHAnsi" w:hAnsiTheme="majorHAnsi" w:cstheme="majorHAnsi"/>
              </w:rPr>
              <w:t>Carioca21 Hospitality &amp; Tourism Experiences</w:t>
            </w:r>
          </w:p>
        </w:tc>
      </w:tr>
      <w:tr w:rsidR="00273037" w:rsidRPr="006A0334" w14:paraId="559E8EB5" w14:textId="77777777">
        <w:trPr>
          <w:jc w:val="center"/>
        </w:trPr>
        <w:tc>
          <w:tcPr>
            <w:tcW w:w="3024" w:type="dxa"/>
            <w:shd w:val="clear" w:color="auto" w:fill="FFF8CC"/>
            <w:tcMar>
              <w:top w:w="90" w:type="dxa"/>
              <w:left w:w="120" w:type="dxa"/>
              <w:bottom w:w="90" w:type="dxa"/>
              <w:right w:w="120" w:type="dxa"/>
            </w:tcMar>
          </w:tcPr>
          <w:p w14:paraId="2793B05D" w14:textId="77777777" w:rsidR="00273037" w:rsidRPr="006A0334" w:rsidRDefault="00000000">
            <w:pPr>
              <w:rPr>
                <w:rFonts w:asciiTheme="majorHAnsi" w:hAnsiTheme="majorHAnsi" w:cstheme="majorHAnsi"/>
              </w:rPr>
            </w:pPr>
            <w:r w:rsidRPr="006A0334">
              <w:rPr>
                <w:rFonts w:asciiTheme="majorHAnsi" w:hAnsiTheme="majorHAnsi" w:cstheme="majorHAnsi"/>
                <w:b/>
              </w:rPr>
              <w:t>Local Assistance</w:t>
            </w:r>
          </w:p>
        </w:tc>
        <w:tc>
          <w:tcPr>
            <w:tcW w:w="6624" w:type="dxa"/>
            <w:tcMar>
              <w:top w:w="90" w:type="dxa"/>
              <w:left w:w="120" w:type="dxa"/>
              <w:bottom w:w="90" w:type="dxa"/>
              <w:right w:w="120" w:type="dxa"/>
            </w:tcMar>
          </w:tcPr>
          <w:p w14:paraId="67E19F06" w14:textId="77777777" w:rsidR="00273037" w:rsidRPr="006A0334" w:rsidRDefault="00000000">
            <w:pPr>
              <w:rPr>
                <w:rFonts w:asciiTheme="majorHAnsi" w:hAnsiTheme="majorHAnsi" w:cstheme="majorHAnsi"/>
              </w:rPr>
            </w:pPr>
            <w:r w:rsidRPr="006A0334">
              <w:rPr>
                <w:rFonts w:asciiTheme="majorHAnsi" w:hAnsiTheme="majorHAnsi" w:cstheme="majorHAnsi"/>
              </w:rPr>
              <w:t>24/7 local assistance channel during the official stay</w:t>
            </w:r>
          </w:p>
        </w:tc>
      </w:tr>
      <w:tr w:rsidR="00273037" w:rsidRPr="006A0334" w14:paraId="14419255" w14:textId="77777777">
        <w:trPr>
          <w:jc w:val="center"/>
        </w:trPr>
        <w:tc>
          <w:tcPr>
            <w:tcW w:w="3024" w:type="dxa"/>
            <w:shd w:val="clear" w:color="auto" w:fill="FFF8CC"/>
            <w:tcMar>
              <w:top w:w="90" w:type="dxa"/>
              <w:left w:w="120" w:type="dxa"/>
              <w:bottom w:w="90" w:type="dxa"/>
              <w:right w:w="120" w:type="dxa"/>
            </w:tcMar>
          </w:tcPr>
          <w:p w14:paraId="3ED59450" w14:textId="77777777" w:rsidR="00273037" w:rsidRPr="006A0334" w:rsidRDefault="00000000">
            <w:pPr>
              <w:rPr>
                <w:rFonts w:asciiTheme="majorHAnsi" w:hAnsiTheme="majorHAnsi" w:cstheme="majorHAnsi"/>
              </w:rPr>
            </w:pPr>
            <w:r w:rsidRPr="006A0334">
              <w:rPr>
                <w:rFonts w:asciiTheme="majorHAnsi" w:hAnsiTheme="majorHAnsi" w:cstheme="majorHAnsi"/>
                <w:b/>
              </w:rPr>
              <w:lastRenderedPageBreak/>
              <w:t>WhatsApp</w:t>
            </w:r>
          </w:p>
        </w:tc>
        <w:tc>
          <w:tcPr>
            <w:tcW w:w="6624" w:type="dxa"/>
            <w:tcMar>
              <w:top w:w="90" w:type="dxa"/>
              <w:left w:w="120" w:type="dxa"/>
              <w:bottom w:w="90" w:type="dxa"/>
              <w:right w:w="120" w:type="dxa"/>
            </w:tcMar>
          </w:tcPr>
          <w:p w14:paraId="22A7A3BF" w14:textId="77777777" w:rsidR="00273037" w:rsidRPr="006A0334" w:rsidRDefault="00000000">
            <w:pPr>
              <w:rPr>
                <w:rFonts w:asciiTheme="majorHAnsi" w:hAnsiTheme="majorHAnsi" w:cstheme="majorHAnsi"/>
              </w:rPr>
            </w:pPr>
            <w:r w:rsidRPr="006A0334">
              <w:rPr>
                <w:rFonts w:asciiTheme="majorHAnsi" w:hAnsiTheme="majorHAnsi" w:cstheme="majorHAnsi"/>
              </w:rPr>
              <w:t>+55 21 98167-6164</w:t>
            </w:r>
          </w:p>
        </w:tc>
      </w:tr>
      <w:tr w:rsidR="00273037" w:rsidRPr="006A0334" w14:paraId="60FFFBD4" w14:textId="77777777">
        <w:trPr>
          <w:jc w:val="center"/>
        </w:trPr>
        <w:tc>
          <w:tcPr>
            <w:tcW w:w="3024" w:type="dxa"/>
            <w:shd w:val="clear" w:color="auto" w:fill="FFF8CC"/>
            <w:tcMar>
              <w:top w:w="90" w:type="dxa"/>
              <w:left w:w="120" w:type="dxa"/>
              <w:bottom w:w="90" w:type="dxa"/>
              <w:right w:w="120" w:type="dxa"/>
            </w:tcMar>
          </w:tcPr>
          <w:p w14:paraId="32978658" w14:textId="77777777" w:rsidR="00273037" w:rsidRPr="006A0334" w:rsidRDefault="00000000">
            <w:pPr>
              <w:rPr>
                <w:rFonts w:asciiTheme="majorHAnsi" w:hAnsiTheme="majorHAnsi" w:cstheme="majorHAnsi"/>
              </w:rPr>
            </w:pPr>
            <w:r w:rsidRPr="006A0334">
              <w:rPr>
                <w:rFonts w:asciiTheme="majorHAnsi" w:hAnsiTheme="majorHAnsi" w:cstheme="majorHAnsi"/>
                <w:b/>
              </w:rPr>
              <w:t>Email</w:t>
            </w:r>
          </w:p>
        </w:tc>
        <w:tc>
          <w:tcPr>
            <w:tcW w:w="6624" w:type="dxa"/>
            <w:tcMar>
              <w:top w:w="90" w:type="dxa"/>
              <w:left w:w="120" w:type="dxa"/>
              <w:bottom w:w="90" w:type="dxa"/>
              <w:right w:w="120" w:type="dxa"/>
            </w:tcMar>
          </w:tcPr>
          <w:p w14:paraId="7A09B209" w14:textId="29E0023B" w:rsidR="00273037" w:rsidRPr="006A0334" w:rsidRDefault="006A0334">
            <w:pPr>
              <w:rPr>
                <w:rFonts w:asciiTheme="majorHAnsi" w:hAnsiTheme="majorHAnsi" w:cstheme="majorHAnsi"/>
              </w:rPr>
            </w:pPr>
            <w:r>
              <w:rPr>
                <w:rFonts w:asciiTheme="majorHAnsi" w:hAnsiTheme="majorHAnsi" w:cstheme="majorHAnsi"/>
              </w:rPr>
              <w:t>conciergeassistance</w:t>
            </w:r>
            <w:r w:rsidRPr="006A0334">
              <w:rPr>
                <w:rFonts w:asciiTheme="majorHAnsi" w:hAnsiTheme="majorHAnsi" w:cstheme="majorHAnsi"/>
              </w:rPr>
              <w:t>@carioca21.com.br</w:t>
            </w:r>
          </w:p>
        </w:tc>
      </w:tr>
    </w:tbl>
    <w:p w14:paraId="05A34AE8" w14:textId="6724D5EF" w:rsidR="00273037" w:rsidRPr="006A0334" w:rsidRDefault="00000000">
      <w:pPr>
        <w:rPr>
          <w:rFonts w:asciiTheme="majorHAnsi" w:hAnsiTheme="majorHAnsi" w:cstheme="majorHAnsi"/>
        </w:rPr>
      </w:pPr>
      <w:r w:rsidRPr="006A0334">
        <w:rPr>
          <w:rFonts w:asciiTheme="majorHAnsi" w:hAnsiTheme="majorHAnsi" w:cstheme="majorHAnsi"/>
        </w:rPr>
        <w:t xml:space="preserve">Brazilian Jiu-Jitsu is at the heart of the experience, but spouses, family members, friends and other non-training guests are welcome. Participation in BJJ training is not mandatory for non-training guests unless a particular </w:t>
      </w:r>
      <w:proofErr w:type="gramStart"/>
      <w:r w:rsidRPr="006A0334">
        <w:rPr>
          <w:rFonts w:asciiTheme="majorHAnsi" w:hAnsiTheme="majorHAnsi" w:cstheme="majorHAnsi"/>
        </w:rPr>
        <w:t>activity expressly</w:t>
      </w:r>
      <w:proofErr w:type="gramEnd"/>
      <w:r w:rsidRPr="006A0334">
        <w:rPr>
          <w:rFonts w:asciiTheme="majorHAnsi" w:hAnsiTheme="majorHAnsi" w:cstheme="majorHAnsi"/>
        </w:rPr>
        <w:t xml:space="preserve"> requires participation.</w:t>
      </w:r>
    </w:p>
    <w:p w14:paraId="647D4A2C"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BEFORE RIO</w:t>
      </w:r>
    </w:p>
    <w:p w14:paraId="3593540D"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GET READY FOR RIO</w:t>
      </w:r>
    </w:p>
    <w:p w14:paraId="700C36EF"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Your experience starts before you board the plane.</w:t>
      </w:r>
    </w:p>
    <w:p w14:paraId="1FA46237" w14:textId="77777777" w:rsidR="00273037" w:rsidRPr="006A0334" w:rsidRDefault="00273037">
      <w:pPr>
        <w:rPr>
          <w:rFonts w:asciiTheme="majorHAnsi" w:hAnsiTheme="majorHAnsi" w:cstheme="majorHAnsi"/>
        </w:rPr>
      </w:pPr>
    </w:p>
    <w:p w14:paraId="0058A755" w14:textId="77777777" w:rsidR="00273037" w:rsidRPr="006A0334" w:rsidRDefault="00000000">
      <w:pPr>
        <w:pStyle w:val="Ttulo2"/>
        <w:rPr>
          <w:rFonts w:cstheme="majorHAnsi"/>
        </w:rPr>
      </w:pPr>
      <w:r w:rsidRPr="006A0334">
        <w:rPr>
          <w:rFonts w:cstheme="majorHAnsi"/>
        </w:rPr>
        <w:t>TRAVEL DOCUMENTS</w:t>
      </w:r>
    </w:p>
    <w:p w14:paraId="64182911" w14:textId="77777777" w:rsidR="00273037" w:rsidRPr="006A0334" w:rsidRDefault="00000000">
      <w:pPr>
        <w:rPr>
          <w:rFonts w:asciiTheme="majorHAnsi" w:hAnsiTheme="majorHAnsi" w:cstheme="majorHAnsi"/>
        </w:rPr>
      </w:pPr>
      <w:r w:rsidRPr="006A0334">
        <w:rPr>
          <w:rFonts w:asciiTheme="majorHAnsi" w:hAnsiTheme="majorHAnsi" w:cstheme="majorHAnsi"/>
        </w:rPr>
        <w:t>Each participant is responsible for checking and complying with the passport, visa, immigration, entry, transit, health and other travel-document requirements applicable to their nationality, itinerary and personal circumstances.</w:t>
      </w:r>
    </w:p>
    <w:p w14:paraId="0DEC4C12"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Check your passport validity well in advance.</w:t>
      </w:r>
    </w:p>
    <w:p w14:paraId="3D2EF6B3"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Confirm whether a visa or other travel authorization is required for your nationality.</w:t>
      </w:r>
    </w:p>
    <w:p w14:paraId="4DBB18A7"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Check airline and transit-country requirements for every segment of your itinerary.</w:t>
      </w:r>
    </w:p>
    <w:p w14:paraId="1DADA087" w14:textId="77777777" w:rsidR="00273037" w:rsidRPr="006A0334" w:rsidRDefault="00000000">
      <w:pPr>
        <w:pStyle w:val="Commarcadores"/>
        <w:rPr>
          <w:rFonts w:asciiTheme="majorHAnsi" w:hAnsiTheme="majorHAnsi" w:cstheme="majorHAnsi"/>
        </w:rPr>
      </w:pPr>
      <w:proofErr w:type="gramStart"/>
      <w:r w:rsidRPr="006A0334">
        <w:rPr>
          <w:rFonts w:asciiTheme="majorHAnsi" w:hAnsiTheme="majorHAnsi" w:cstheme="majorHAnsi"/>
        </w:rPr>
        <w:t>Keep</w:t>
      </w:r>
      <w:proofErr w:type="gramEnd"/>
      <w:r w:rsidRPr="006A0334">
        <w:rPr>
          <w:rFonts w:asciiTheme="majorHAnsi" w:hAnsiTheme="majorHAnsi" w:cstheme="majorHAnsi"/>
        </w:rPr>
        <w:t xml:space="preserve"> digital and physical copies of important travel documents where practical.</w:t>
      </w:r>
    </w:p>
    <w:p w14:paraId="28F41710" w14:textId="77777777" w:rsidR="00273037" w:rsidRPr="006A0334" w:rsidRDefault="00000000">
      <w:pPr>
        <w:pStyle w:val="Ttulo2"/>
        <w:rPr>
          <w:rFonts w:cstheme="majorHAnsi"/>
        </w:rPr>
      </w:pPr>
      <w:r w:rsidRPr="006A0334">
        <w:rPr>
          <w:rFonts w:cstheme="majorHAnsi"/>
        </w:rPr>
        <w:t>TRAVEL INSURANCE</w:t>
      </w:r>
    </w:p>
    <w:p w14:paraId="3725873F" w14:textId="77777777" w:rsidR="00273037" w:rsidRPr="006A0334" w:rsidRDefault="00000000">
      <w:pPr>
        <w:rPr>
          <w:rFonts w:asciiTheme="majorHAnsi" w:hAnsiTheme="majorHAnsi" w:cstheme="majorHAnsi"/>
        </w:rPr>
      </w:pPr>
      <w:r w:rsidRPr="006A0334">
        <w:rPr>
          <w:rFonts w:asciiTheme="majorHAnsi" w:hAnsiTheme="majorHAnsi" w:cstheme="majorHAnsi"/>
        </w:rPr>
        <w:t>Travel insurance is not included in the Brazil Trip package. Participants should consider appropriate travel insurance for their individual circumstances, including medical assistance, trip interruption, baggage and other relevant coverage.</w:t>
      </w:r>
    </w:p>
    <w:p w14:paraId="35C24BD6" w14:textId="77777777" w:rsidR="00273037" w:rsidRPr="006A0334" w:rsidRDefault="00000000">
      <w:pPr>
        <w:pStyle w:val="Ttulo2"/>
        <w:rPr>
          <w:rFonts w:cstheme="majorHAnsi"/>
        </w:rPr>
      </w:pPr>
      <w:r w:rsidRPr="006A0334">
        <w:rPr>
          <w:rFonts w:cstheme="majorHAnsi"/>
        </w:rPr>
        <w:t>HEALTH &amp; PERSONAL NEEDS</w:t>
      </w:r>
    </w:p>
    <w:p w14:paraId="79E4234F" w14:textId="77777777" w:rsidR="00273037" w:rsidRPr="006A0334" w:rsidRDefault="00000000">
      <w:pPr>
        <w:rPr>
          <w:rFonts w:asciiTheme="majorHAnsi" w:hAnsiTheme="majorHAnsi" w:cstheme="majorHAnsi"/>
        </w:rPr>
      </w:pPr>
      <w:r w:rsidRPr="006A0334">
        <w:rPr>
          <w:rFonts w:asciiTheme="majorHAnsi" w:hAnsiTheme="majorHAnsi" w:cstheme="majorHAnsi"/>
        </w:rPr>
        <w:t xml:space="preserve">Bring any personal medication and items you routinely need. If you have dietary requirements, allergies, accessibility needs or other </w:t>
      </w:r>
      <w:proofErr w:type="gramStart"/>
      <w:r w:rsidRPr="006A0334">
        <w:rPr>
          <w:rFonts w:asciiTheme="majorHAnsi" w:hAnsiTheme="majorHAnsi" w:cstheme="majorHAnsi"/>
        </w:rPr>
        <w:t>information reasonably necessary</w:t>
      </w:r>
      <w:proofErr w:type="gramEnd"/>
      <w:r w:rsidRPr="006A0334">
        <w:rPr>
          <w:rFonts w:asciiTheme="majorHAnsi" w:hAnsiTheme="majorHAnsi" w:cstheme="majorHAnsi"/>
        </w:rPr>
        <w:t xml:space="preserve"> for participant support, provide the requested information through the official registration or assistance channels.</w:t>
      </w:r>
    </w:p>
    <w:p w14:paraId="402B9458" w14:textId="77777777" w:rsidR="00273037" w:rsidRPr="006A0334" w:rsidRDefault="00000000">
      <w:pPr>
        <w:pStyle w:val="Ttulo2"/>
        <w:rPr>
          <w:rFonts w:cstheme="majorHAnsi"/>
        </w:rPr>
      </w:pPr>
      <w:r w:rsidRPr="006A0334">
        <w:rPr>
          <w:rFonts w:cstheme="majorHAnsi"/>
        </w:rPr>
        <w:t>MONEY &amp; PAYMENTS</w:t>
      </w:r>
    </w:p>
    <w:p w14:paraId="4DCDF4B6" w14:textId="4DA98584" w:rsidR="00273037" w:rsidRDefault="00000000">
      <w:pPr>
        <w:rPr>
          <w:rFonts w:asciiTheme="majorHAnsi" w:hAnsiTheme="majorHAnsi" w:cstheme="majorHAnsi"/>
        </w:rPr>
      </w:pPr>
      <w:r w:rsidRPr="006A0334">
        <w:rPr>
          <w:rFonts w:asciiTheme="majorHAnsi" w:hAnsiTheme="majorHAnsi" w:cstheme="majorHAnsi"/>
        </w:rPr>
        <w:t>Brazil uses the Brazilian Real (BRL). Cards are widely used in Rio, but it can be useful to keep a small amount of local currency for minor expenses. Optional services and personal expenses are not automatically included in your Brazil Trip package.</w:t>
      </w:r>
    </w:p>
    <w:p w14:paraId="29AC2DA1" w14:textId="77777777" w:rsidR="006A0334" w:rsidRPr="006A0334" w:rsidRDefault="006A0334">
      <w:pPr>
        <w:rPr>
          <w:rFonts w:asciiTheme="majorHAnsi" w:hAnsiTheme="majorHAnsi" w:cstheme="majorHAnsi"/>
        </w:rPr>
      </w:pPr>
    </w:p>
    <w:p w14:paraId="7131D470"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BEFORE RIO</w:t>
      </w:r>
    </w:p>
    <w:p w14:paraId="1FAFC33A"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WHAT TO PACK</w:t>
      </w:r>
    </w:p>
    <w:p w14:paraId="34E14955"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BJJ gear, beach days and everything in between.</w:t>
      </w:r>
    </w:p>
    <w:p w14:paraId="41C723BC" w14:textId="77777777" w:rsidR="00273037" w:rsidRPr="006A0334" w:rsidRDefault="00273037">
      <w:pPr>
        <w:rPr>
          <w:rFonts w:asciiTheme="majorHAnsi" w:hAnsiTheme="majorHAnsi" w:cstheme="majorHAnsi"/>
        </w:rPr>
      </w:pPr>
    </w:p>
    <w:p w14:paraId="0FB2C5AE" w14:textId="77777777" w:rsidR="00273037" w:rsidRPr="006A0334" w:rsidRDefault="00000000">
      <w:pPr>
        <w:pStyle w:val="Ttulo2"/>
        <w:rPr>
          <w:rFonts w:cstheme="majorHAnsi"/>
        </w:rPr>
      </w:pPr>
      <w:r w:rsidRPr="006A0334">
        <w:rPr>
          <w:rFonts w:cstheme="majorHAnsi"/>
        </w:rPr>
        <w:lastRenderedPageBreak/>
        <w:t>FOR THE MATS</w:t>
      </w:r>
    </w:p>
    <w:p w14:paraId="58566AA4"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Gi</w:t>
      </w:r>
    </w:p>
    <w:p w14:paraId="06460BE5"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Belt</w:t>
      </w:r>
    </w:p>
    <w:p w14:paraId="4842FC66"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Rashguards / training shirts</w:t>
      </w:r>
    </w:p>
    <w:p w14:paraId="4CD9B556"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Appropriate training shorts or spats</w:t>
      </w:r>
    </w:p>
    <w:p w14:paraId="570E8DBD"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Personal protective items you normally use</w:t>
      </w:r>
    </w:p>
    <w:p w14:paraId="64608245"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Reusable water bottle</w:t>
      </w:r>
    </w:p>
    <w:p w14:paraId="65727F82"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Laundry bag / gear bag</w:t>
      </w:r>
    </w:p>
    <w:p w14:paraId="74929463" w14:textId="77777777" w:rsidR="00273037" w:rsidRPr="006A0334" w:rsidRDefault="00000000">
      <w:pPr>
        <w:pStyle w:val="Ttulo2"/>
        <w:rPr>
          <w:rFonts w:cstheme="majorHAnsi"/>
        </w:rPr>
      </w:pPr>
      <w:r w:rsidRPr="006A0334">
        <w:rPr>
          <w:rFonts w:cstheme="majorHAnsi"/>
        </w:rPr>
        <w:t>FOR RIO</w:t>
      </w:r>
    </w:p>
    <w:p w14:paraId="365384F7"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Lightweight casual clothing</w:t>
      </w:r>
    </w:p>
    <w:p w14:paraId="3D20B9E5"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Swimwear</w:t>
      </w:r>
    </w:p>
    <w:p w14:paraId="2B884894"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Comfortable walking shoes</w:t>
      </w:r>
    </w:p>
    <w:p w14:paraId="26552D0F"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Sandals or flip-flops</w:t>
      </w:r>
    </w:p>
    <w:p w14:paraId="2CAE6361"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Sunglasses</w:t>
      </w:r>
    </w:p>
    <w:p w14:paraId="39274C4B"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Hat or cap</w:t>
      </w:r>
    </w:p>
    <w:p w14:paraId="33A69ABC"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Sunscreen</w:t>
      </w:r>
    </w:p>
    <w:p w14:paraId="198AEEB3"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Small day bag</w:t>
      </w:r>
    </w:p>
    <w:p w14:paraId="01F3F8B0"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Light layer for cooler periods</w:t>
      </w:r>
    </w:p>
    <w:p w14:paraId="07981922"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One smart-casual option for special moments or dinners</w:t>
      </w:r>
    </w:p>
    <w:p w14:paraId="7108F2BC" w14:textId="77777777" w:rsidR="00273037" w:rsidRPr="006A0334" w:rsidRDefault="00000000">
      <w:pPr>
        <w:rPr>
          <w:rFonts w:asciiTheme="majorHAnsi" w:hAnsiTheme="majorHAnsi" w:cstheme="majorHAnsi"/>
        </w:rPr>
      </w:pPr>
      <w:r w:rsidRPr="006A0334">
        <w:rPr>
          <w:rFonts w:asciiTheme="majorHAnsi" w:hAnsiTheme="majorHAnsi" w:cstheme="majorHAnsi"/>
        </w:rPr>
        <w:t>July is winter in Rio. Conditions can vary, so plan for warm daytime periods, cooler mornings or evenings and possible changes in weather.</w:t>
      </w:r>
    </w:p>
    <w:tbl>
      <w:tblPr>
        <w:tblW w:w="0" w:type="auto"/>
        <w:jc w:val="center"/>
        <w:tblLook w:val="04A0" w:firstRow="1" w:lastRow="0" w:firstColumn="1" w:lastColumn="0" w:noHBand="0" w:noVBand="1"/>
      </w:tblPr>
      <w:tblGrid>
        <w:gridCol w:w="10282"/>
      </w:tblGrid>
      <w:tr w:rsidR="00273037" w:rsidRPr="006A0334" w14:paraId="7D248FA0" w14:textId="77777777">
        <w:trPr>
          <w:jc w:val="center"/>
        </w:trPr>
        <w:tc>
          <w:tcPr>
            <w:tcW w:w="10282" w:type="dxa"/>
            <w:shd w:val="clear" w:color="auto" w:fill="FFF8CC"/>
            <w:tcMar>
              <w:top w:w="110" w:type="dxa"/>
              <w:left w:w="140" w:type="dxa"/>
              <w:bottom w:w="110" w:type="dxa"/>
              <w:right w:w="140" w:type="dxa"/>
            </w:tcMar>
          </w:tcPr>
          <w:p w14:paraId="7F550EC5" w14:textId="77777777" w:rsidR="00273037" w:rsidRPr="006A0334" w:rsidRDefault="00000000">
            <w:pPr>
              <w:rPr>
                <w:rFonts w:asciiTheme="majorHAnsi" w:hAnsiTheme="majorHAnsi" w:cstheme="majorHAnsi"/>
              </w:rPr>
            </w:pPr>
            <w:r w:rsidRPr="006A0334">
              <w:rPr>
                <w:rFonts w:asciiTheme="majorHAnsi" w:hAnsiTheme="majorHAnsi" w:cstheme="majorHAnsi"/>
                <w:b/>
                <w:sz w:val="22"/>
              </w:rPr>
              <w:t>CORAL BELT CELEBRATION ATTIRE</w:t>
            </w:r>
          </w:p>
        </w:tc>
      </w:tr>
    </w:tbl>
    <w:p w14:paraId="7EA6FB43" w14:textId="77777777" w:rsidR="00273037" w:rsidRPr="006A0334" w:rsidRDefault="00273037">
      <w:pPr>
        <w:spacing w:after="0"/>
        <w:rPr>
          <w:rFonts w:asciiTheme="majorHAnsi" w:hAnsiTheme="majorHAnsi" w:cstheme="majorHAnsi"/>
        </w:rPr>
      </w:pPr>
    </w:p>
    <w:p w14:paraId="58F3B76F" w14:textId="58274793" w:rsidR="00273037" w:rsidRDefault="00000000">
      <w:pPr>
        <w:rPr>
          <w:rFonts w:asciiTheme="majorHAnsi" w:hAnsiTheme="majorHAnsi" w:cstheme="majorHAnsi"/>
        </w:rPr>
      </w:pPr>
      <w:r w:rsidRPr="006A0334">
        <w:rPr>
          <w:rFonts w:asciiTheme="majorHAnsi" w:hAnsiTheme="majorHAnsi" w:cstheme="majorHAnsi"/>
        </w:rPr>
        <w:t>Specific attire recommendations for the Master Toco Coral Belt Celebration may be communicated separately once the final format, date and venue are confirmed.</w:t>
      </w:r>
    </w:p>
    <w:p w14:paraId="5266E3D5" w14:textId="77777777" w:rsidR="006A0334" w:rsidRPr="006A0334" w:rsidRDefault="006A0334">
      <w:pPr>
        <w:rPr>
          <w:rFonts w:asciiTheme="majorHAnsi" w:hAnsiTheme="majorHAnsi" w:cstheme="majorHAnsi"/>
        </w:rPr>
      </w:pPr>
    </w:p>
    <w:p w14:paraId="18D10DB8"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YOUR HOME</w:t>
      </w:r>
    </w:p>
    <w:p w14:paraId="27081101"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YOUR HOME IN RIO</w:t>
      </w:r>
    </w:p>
    <w:p w14:paraId="7B811FF0"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Leblon becomes our home base.</w:t>
      </w:r>
    </w:p>
    <w:p w14:paraId="23B32C75" w14:textId="77777777" w:rsidR="00273037" w:rsidRPr="006A0334" w:rsidRDefault="00273037">
      <w:pPr>
        <w:rPr>
          <w:rFonts w:asciiTheme="majorHAnsi" w:hAnsiTheme="majorHAnsi" w:cstheme="majorHAnsi"/>
        </w:rPr>
      </w:pPr>
    </w:p>
    <w:p w14:paraId="2BBD3822" w14:textId="77777777" w:rsidR="00273037" w:rsidRPr="006A0334" w:rsidRDefault="00000000">
      <w:pPr>
        <w:pStyle w:val="Ttulo1"/>
        <w:rPr>
          <w:rFonts w:cstheme="majorHAnsi"/>
        </w:rPr>
      </w:pPr>
      <w:r w:rsidRPr="006A0334">
        <w:rPr>
          <w:rFonts w:cstheme="majorHAnsi"/>
        </w:rPr>
        <w:t>PREMIUM 4-STAR HOTEL — LEBLON</w:t>
      </w:r>
    </w:p>
    <w:p w14:paraId="151F299A" w14:textId="77777777" w:rsidR="00273037" w:rsidRPr="006A0334" w:rsidRDefault="00000000">
      <w:pPr>
        <w:rPr>
          <w:rFonts w:asciiTheme="majorHAnsi" w:hAnsiTheme="majorHAnsi" w:cstheme="majorHAnsi"/>
        </w:rPr>
      </w:pPr>
      <w:r w:rsidRPr="006A0334">
        <w:rPr>
          <w:rFonts w:asciiTheme="majorHAnsi" w:hAnsiTheme="majorHAnsi" w:cstheme="majorHAnsi"/>
        </w:rPr>
        <w:t>For seven nights, Leblon becomes our home base in Rio. Our Premium 4-Star Hotel places you in one of the city's most desirable neighborhoods, close to the beach, restaurants, cafés and many of the places that make Rio special.</w:t>
      </w:r>
    </w:p>
    <w:tbl>
      <w:tblPr>
        <w:tblW w:w="0" w:type="auto"/>
        <w:jc w:val="center"/>
        <w:tblLayout w:type="fixed"/>
        <w:tblLook w:val="04A0" w:firstRow="1" w:lastRow="0" w:firstColumn="1" w:lastColumn="0" w:noHBand="0" w:noVBand="1"/>
      </w:tblPr>
      <w:tblGrid>
        <w:gridCol w:w="3024"/>
        <w:gridCol w:w="6624"/>
      </w:tblGrid>
      <w:tr w:rsidR="00273037" w:rsidRPr="006A0334" w14:paraId="0976AE5C" w14:textId="77777777">
        <w:trPr>
          <w:jc w:val="center"/>
        </w:trPr>
        <w:tc>
          <w:tcPr>
            <w:tcW w:w="3024" w:type="dxa"/>
            <w:shd w:val="clear" w:color="auto" w:fill="FFF8CC"/>
            <w:tcMar>
              <w:top w:w="90" w:type="dxa"/>
              <w:left w:w="120" w:type="dxa"/>
              <w:bottom w:w="90" w:type="dxa"/>
              <w:right w:w="120" w:type="dxa"/>
            </w:tcMar>
          </w:tcPr>
          <w:p w14:paraId="678BA3BA" w14:textId="77777777" w:rsidR="00273037" w:rsidRPr="006A0334" w:rsidRDefault="00000000">
            <w:pPr>
              <w:rPr>
                <w:rFonts w:asciiTheme="majorHAnsi" w:hAnsiTheme="majorHAnsi" w:cstheme="majorHAnsi"/>
              </w:rPr>
            </w:pPr>
            <w:r w:rsidRPr="006A0334">
              <w:rPr>
                <w:rFonts w:asciiTheme="majorHAnsi" w:hAnsiTheme="majorHAnsi" w:cstheme="majorHAnsi"/>
                <w:b/>
              </w:rPr>
              <w:t>Official Stay</w:t>
            </w:r>
          </w:p>
        </w:tc>
        <w:tc>
          <w:tcPr>
            <w:tcW w:w="6624" w:type="dxa"/>
            <w:tcMar>
              <w:top w:w="90" w:type="dxa"/>
              <w:left w:w="120" w:type="dxa"/>
              <w:bottom w:w="90" w:type="dxa"/>
              <w:right w:w="120" w:type="dxa"/>
            </w:tcMar>
          </w:tcPr>
          <w:p w14:paraId="73150BE8" w14:textId="77777777" w:rsidR="00273037" w:rsidRPr="006A0334" w:rsidRDefault="00000000">
            <w:pPr>
              <w:rPr>
                <w:rFonts w:asciiTheme="majorHAnsi" w:hAnsiTheme="majorHAnsi" w:cstheme="majorHAnsi"/>
              </w:rPr>
            </w:pPr>
            <w:r w:rsidRPr="006A0334">
              <w:rPr>
                <w:rFonts w:asciiTheme="majorHAnsi" w:hAnsiTheme="majorHAnsi" w:cstheme="majorHAnsi"/>
              </w:rPr>
              <w:t>July 24–31, 2027</w:t>
            </w:r>
          </w:p>
        </w:tc>
      </w:tr>
      <w:tr w:rsidR="00273037" w:rsidRPr="006A0334" w14:paraId="09A1FDBC" w14:textId="77777777">
        <w:trPr>
          <w:jc w:val="center"/>
        </w:trPr>
        <w:tc>
          <w:tcPr>
            <w:tcW w:w="3024" w:type="dxa"/>
            <w:shd w:val="clear" w:color="auto" w:fill="FFF8CC"/>
            <w:tcMar>
              <w:top w:w="90" w:type="dxa"/>
              <w:left w:w="120" w:type="dxa"/>
              <w:bottom w:w="90" w:type="dxa"/>
              <w:right w:w="120" w:type="dxa"/>
            </w:tcMar>
          </w:tcPr>
          <w:p w14:paraId="290BA244" w14:textId="77777777" w:rsidR="00273037" w:rsidRPr="006A0334" w:rsidRDefault="00000000">
            <w:pPr>
              <w:rPr>
                <w:rFonts w:asciiTheme="majorHAnsi" w:hAnsiTheme="majorHAnsi" w:cstheme="majorHAnsi"/>
              </w:rPr>
            </w:pPr>
            <w:r w:rsidRPr="006A0334">
              <w:rPr>
                <w:rFonts w:asciiTheme="majorHAnsi" w:hAnsiTheme="majorHAnsi" w:cstheme="majorHAnsi"/>
                <w:b/>
              </w:rPr>
              <w:lastRenderedPageBreak/>
              <w:t>Nights</w:t>
            </w:r>
          </w:p>
        </w:tc>
        <w:tc>
          <w:tcPr>
            <w:tcW w:w="6624" w:type="dxa"/>
            <w:tcMar>
              <w:top w:w="90" w:type="dxa"/>
              <w:left w:w="120" w:type="dxa"/>
              <w:bottom w:w="90" w:type="dxa"/>
              <w:right w:w="120" w:type="dxa"/>
            </w:tcMar>
          </w:tcPr>
          <w:p w14:paraId="3E5CCFF0" w14:textId="77777777" w:rsidR="00273037" w:rsidRPr="006A0334" w:rsidRDefault="00000000">
            <w:pPr>
              <w:rPr>
                <w:rFonts w:asciiTheme="majorHAnsi" w:hAnsiTheme="majorHAnsi" w:cstheme="majorHAnsi"/>
              </w:rPr>
            </w:pPr>
            <w:r w:rsidRPr="006A0334">
              <w:rPr>
                <w:rFonts w:asciiTheme="majorHAnsi" w:hAnsiTheme="majorHAnsi" w:cstheme="majorHAnsi"/>
              </w:rPr>
              <w:t>7</w:t>
            </w:r>
          </w:p>
        </w:tc>
      </w:tr>
      <w:tr w:rsidR="00273037" w:rsidRPr="006A0334" w14:paraId="2A3776B5" w14:textId="77777777">
        <w:trPr>
          <w:jc w:val="center"/>
        </w:trPr>
        <w:tc>
          <w:tcPr>
            <w:tcW w:w="3024" w:type="dxa"/>
            <w:shd w:val="clear" w:color="auto" w:fill="FFF8CC"/>
            <w:tcMar>
              <w:top w:w="90" w:type="dxa"/>
              <w:left w:w="120" w:type="dxa"/>
              <w:bottom w:w="90" w:type="dxa"/>
              <w:right w:w="120" w:type="dxa"/>
            </w:tcMar>
          </w:tcPr>
          <w:p w14:paraId="268FDD14" w14:textId="77777777" w:rsidR="00273037" w:rsidRPr="006A0334" w:rsidRDefault="00000000">
            <w:pPr>
              <w:rPr>
                <w:rFonts w:asciiTheme="majorHAnsi" w:hAnsiTheme="majorHAnsi" w:cstheme="majorHAnsi"/>
              </w:rPr>
            </w:pPr>
            <w:r w:rsidRPr="006A0334">
              <w:rPr>
                <w:rFonts w:asciiTheme="majorHAnsi" w:hAnsiTheme="majorHAnsi" w:cstheme="majorHAnsi"/>
                <w:b/>
              </w:rPr>
              <w:t>Breakfast</w:t>
            </w:r>
          </w:p>
        </w:tc>
        <w:tc>
          <w:tcPr>
            <w:tcW w:w="6624" w:type="dxa"/>
            <w:tcMar>
              <w:top w:w="90" w:type="dxa"/>
              <w:left w:w="120" w:type="dxa"/>
              <w:bottom w:w="90" w:type="dxa"/>
              <w:right w:w="120" w:type="dxa"/>
            </w:tcMar>
          </w:tcPr>
          <w:p w14:paraId="7821228D" w14:textId="77777777" w:rsidR="00273037" w:rsidRPr="006A0334" w:rsidRDefault="00000000">
            <w:pPr>
              <w:rPr>
                <w:rFonts w:asciiTheme="majorHAnsi" w:hAnsiTheme="majorHAnsi" w:cstheme="majorHAnsi"/>
              </w:rPr>
            </w:pPr>
            <w:r w:rsidRPr="006A0334">
              <w:rPr>
                <w:rFonts w:asciiTheme="majorHAnsi" w:hAnsiTheme="majorHAnsi" w:cstheme="majorHAnsi"/>
              </w:rPr>
              <w:t>Included daily</w:t>
            </w:r>
          </w:p>
        </w:tc>
      </w:tr>
      <w:tr w:rsidR="00273037" w:rsidRPr="006A0334" w14:paraId="08BF0FF5" w14:textId="77777777">
        <w:trPr>
          <w:jc w:val="center"/>
        </w:trPr>
        <w:tc>
          <w:tcPr>
            <w:tcW w:w="3024" w:type="dxa"/>
            <w:shd w:val="clear" w:color="auto" w:fill="FFF8CC"/>
            <w:tcMar>
              <w:top w:w="90" w:type="dxa"/>
              <w:left w:w="120" w:type="dxa"/>
              <w:bottom w:w="90" w:type="dxa"/>
              <w:right w:w="120" w:type="dxa"/>
            </w:tcMar>
          </w:tcPr>
          <w:p w14:paraId="2CD1BE6B" w14:textId="77777777" w:rsidR="00273037" w:rsidRPr="006A0334" w:rsidRDefault="00000000">
            <w:pPr>
              <w:rPr>
                <w:rFonts w:asciiTheme="majorHAnsi" w:hAnsiTheme="majorHAnsi" w:cstheme="majorHAnsi"/>
              </w:rPr>
            </w:pPr>
            <w:r w:rsidRPr="006A0334">
              <w:rPr>
                <w:rFonts w:asciiTheme="majorHAnsi" w:hAnsiTheme="majorHAnsi" w:cstheme="majorHAnsi"/>
                <w:b/>
              </w:rPr>
              <w:t>Neighborhood</w:t>
            </w:r>
          </w:p>
        </w:tc>
        <w:tc>
          <w:tcPr>
            <w:tcW w:w="6624" w:type="dxa"/>
            <w:tcMar>
              <w:top w:w="90" w:type="dxa"/>
              <w:left w:w="120" w:type="dxa"/>
              <w:bottom w:w="90" w:type="dxa"/>
              <w:right w:w="120" w:type="dxa"/>
            </w:tcMar>
          </w:tcPr>
          <w:p w14:paraId="0582DF59" w14:textId="77777777" w:rsidR="00273037" w:rsidRPr="006A0334" w:rsidRDefault="00000000">
            <w:pPr>
              <w:rPr>
                <w:rFonts w:asciiTheme="majorHAnsi" w:hAnsiTheme="majorHAnsi" w:cstheme="majorHAnsi"/>
              </w:rPr>
            </w:pPr>
            <w:r w:rsidRPr="006A0334">
              <w:rPr>
                <w:rFonts w:asciiTheme="majorHAnsi" w:hAnsiTheme="majorHAnsi" w:cstheme="majorHAnsi"/>
              </w:rPr>
              <w:t>Leblon</w:t>
            </w:r>
          </w:p>
        </w:tc>
      </w:tr>
      <w:tr w:rsidR="00273037" w:rsidRPr="006A0334" w14:paraId="110C5C2A" w14:textId="77777777">
        <w:trPr>
          <w:jc w:val="center"/>
        </w:trPr>
        <w:tc>
          <w:tcPr>
            <w:tcW w:w="3024" w:type="dxa"/>
            <w:shd w:val="clear" w:color="auto" w:fill="FFF8CC"/>
            <w:tcMar>
              <w:top w:w="90" w:type="dxa"/>
              <w:left w:w="120" w:type="dxa"/>
              <w:bottom w:w="90" w:type="dxa"/>
              <w:right w:w="120" w:type="dxa"/>
            </w:tcMar>
          </w:tcPr>
          <w:p w14:paraId="24D3ED71" w14:textId="77777777" w:rsidR="00273037" w:rsidRPr="006A0334" w:rsidRDefault="00000000">
            <w:pPr>
              <w:rPr>
                <w:rFonts w:asciiTheme="majorHAnsi" w:hAnsiTheme="majorHAnsi" w:cstheme="majorHAnsi"/>
              </w:rPr>
            </w:pPr>
            <w:r w:rsidRPr="006A0334">
              <w:rPr>
                <w:rFonts w:asciiTheme="majorHAnsi" w:hAnsiTheme="majorHAnsi" w:cstheme="majorHAnsi"/>
                <w:b/>
              </w:rPr>
              <w:t>Check-in / Check-out</w:t>
            </w:r>
          </w:p>
        </w:tc>
        <w:tc>
          <w:tcPr>
            <w:tcW w:w="6624" w:type="dxa"/>
            <w:tcMar>
              <w:top w:w="90" w:type="dxa"/>
              <w:left w:w="120" w:type="dxa"/>
              <w:bottom w:w="90" w:type="dxa"/>
              <w:right w:w="120" w:type="dxa"/>
            </w:tcMar>
          </w:tcPr>
          <w:p w14:paraId="7148CDCE" w14:textId="77777777" w:rsidR="00273037" w:rsidRPr="006A0334" w:rsidRDefault="00000000">
            <w:pPr>
              <w:rPr>
                <w:rFonts w:asciiTheme="majorHAnsi" w:hAnsiTheme="majorHAnsi" w:cstheme="majorHAnsi"/>
              </w:rPr>
            </w:pPr>
            <w:r w:rsidRPr="006A0334">
              <w:rPr>
                <w:rFonts w:asciiTheme="majorHAnsi" w:hAnsiTheme="majorHAnsi" w:cstheme="majorHAnsi"/>
              </w:rPr>
              <w:t>Final operational times will be communicated with your confirmed travel information.</w:t>
            </w:r>
          </w:p>
        </w:tc>
      </w:tr>
    </w:tbl>
    <w:p w14:paraId="22386258" w14:textId="77777777" w:rsidR="00273037" w:rsidRPr="006A0334" w:rsidRDefault="00000000">
      <w:pPr>
        <w:pStyle w:val="Ttulo2"/>
        <w:rPr>
          <w:rFonts w:cstheme="majorHAnsi"/>
        </w:rPr>
      </w:pPr>
      <w:r w:rsidRPr="006A0334">
        <w:rPr>
          <w:rFonts w:cstheme="majorHAnsi"/>
        </w:rPr>
        <w:t>YOUR ROOM</w:t>
      </w:r>
    </w:p>
    <w:p w14:paraId="68218E73" w14:textId="77777777" w:rsidR="00273037" w:rsidRPr="006A0334" w:rsidRDefault="00000000">
      <w:pPr>
        <w:rPr>
          <w:rFonts w:asciiTheme="majorHAnsi" w:hAnsiTheme="majorHAnsi" w:cstheme="majorHAnsi"/>
        </w:rPr>
      </w:pPr>
      <w:r w:rsidRPr="006A0334">
        <w:rPr>
          <w:rFonts w:asciiTheme="majorHAnsi" w:hAnsiTheme="majorHAnsi" w:cstheme="majorHAnsi"/>
        </w:rPr>
        <w:t>Room category, occupancy, bedding and participant composition follow the conditions confirmed in your booking. If you need to request a change, contact the organization or Carioca21 before assuming that a different configuration is available.</w:t>
      </w:r>
    </w:p>
    <w:p w14:paraId="6A62D2BA" w14:textId="77777777" w:rsidR="00273037" w:rsidRPr="006A0334" w:rsidRDefault="00000000">
      <w:pPr>
        <w:pStyle w:val="Ttulo2"/>
        <w:rPr>
          <w:rFonts w:cstheme="majorHAnsi"/>
        </w:rPr>
      </w:pPr>
      <w:r w:rsidRPr="006A0334">
        <w:rPr>
          <w:rFonts w:cstheme="majorHAnsi"/>
        </w:rPr>
        <w:t>FAMILIES &amp; CHILDREN</w:t>
      </w:r>
    </w:p>
    <w:p w14:paraId="6C3B1A8F" w14:textId="77777777" w:rsidR="00273037" w:rsidRPr="006A0334" w:rsidRDefault="00000000">
      <w:pPr>
        <w:rPr>
          <w:rFonts w:asciiTheme="majorHAnsi" w:hAnsiTheme="majorHAnsi" w:cstheme="majorHAnsi"/>
        </w:rPr>
      </w:pPr>
      <w:r w:rsidRPr="006A0334">
        <w:rPr>
          <w:rFonts w:asciiTheme="majorHAnsi" w:hAnsiTheme="majorHAnsi" w:cstheme="majorHAnsi"/>
        </w:rPr>
        <w:t>The Brazil Trip welcomes families. Child accommodation and participation conditions depend on the confirmed package, room category and applicable child policy. Where a complimentary child aged 0–3 is included, the child shares the existing bedding and does not automatically create an additional bed or paid transportation place.</w:t>
      </w:r>
    </w:p>
    <w:p w14:paraId="15038F9C" w14:textId="28BBD690" w:rsidR="00273037" w:rsidRDefault="00000000">
      <w:pPr>
        <w:rPr>
          <w:rFonts w:asciiTheme="majorHAnsi" w:hAnsiTheme="majorHAnsi" w:cstheme="majorHAnsi"/>
        </w:rPr>
      </w:pPr>
      <w:r w:rsidRPr="006A0334">
        <w:rPr>
          <w:rFonts w:asciiTheme="majorHAnsi" w:hAnsiTheme="majorHAnsi" w:cstheme="majorHAnsi"/>
        </w:rPr>
        <w:t>If your family configuration changes after booking, contact us so the accommodation and operational implications can be reviewed.</w:t>
      </w:r>
    </w:p>
    <w:p w14:paraId="64C66CD2" w14:textId="77777777" w:rsidR="006A0334" w:rsidRPr="006A0334" w:rsidRDefault="006A0334">
      <w:pPr>
        <w:rPr>
          <w:rFonts w:asciiTheme="majorHAnsi" w:hAnsiTheme="majorHAnsi" w:cstheme="majorHAnsi"/>
        </w:rPr>
      </w:pPr>
    </w:p>
    <w:p w14:paraId="44A9032D"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ARRIVING IN RIO</w:t>
      </w:r>
    </w:p>
    <w:p w14:paraId="22EBB555"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WELCOME TO RIO</w:t>
      </w:r>
    </w:p>
    <w:p w14:paraId="47984B81"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Your first day should feel simple.</w:t>
      </w:r>
    </w:p>
    <w:p w14:paraId="38957499" w14:textId="77777777" w:rsidR="00273037" w:rsidRPr="006A0334" w:rsidRDefault="00273037">
      <w:pPr>
        <w:rPr>
          <w:rFonts w:asciiTheme="majorHAnsi" w:hAnsiTheme="majorHAnsi" w:cstheme="majorHAnsi"/>
        </w:rPr>
      </w:pPr>
    </w:p>
    <w:p w14:paraId="58A6D82A" w14:textId="77777777" w:rsidR="00273037" w:rsidRPr="006A0334" w:rsidRDefault="00000000">
      <w:pPr>
        <w:pStyle w:val="Ttulo2"/>
        <w:rPr>
          <w:rFonts w:cstheme="majorHAnsi"/>
        </w:rPr>
      </w:pPr>
      <w:r w:rsidRPr="006A0334">
        <w:rPr>
          <w:rFonts w:cstheme="majorHAnsi"/>
        </w:rPr>
        <w:t>OFFICIAL ARRIVAL — JULY 24, 2027</w:t>
      </w:r>
    </w:p>
    <w:p w14:paraId="13BFA125" w14:textId="77777777" w:rsidR="00273037" w:rsidRPr="006A0334" w:rsidRDefault="00000000">
      <w:pPr>
        <w:rPr>
          <w:rFonts w:asciiTheme="majorHAnsi" w:hAnsiTheme="majorHAnsi" w:cstheme="majorHAnsi"/>
        </w:rPr>
      </w:pPr>
      <w:r w:rsidRPr="006A0334">
        <w:rPr>
          <w:rFonts w:asciiTheme="majorHAnsi" w:hAnsiTheme="majorHAnsi" w:cstheme="majorHAnsi"/>
        </w:rPr>
        <w:t>Official airport arrival transfers are included under the established Brazil Trip transfer conditions and designated operational windows.</w:t>
      </w:r>
    </w:p>
    <w:p w14:paraId="3995D2C5" w14:textId="77777777" w:rsidR="00273037" w:rsidRPr="006A0334" w:rsidRDefault="00000000">
      <w:pPr>
        <w:rPr>
          <w:rFonts w:asciiTheme="majorHAnsi" w:hAnsiTheme="majorHAnsi" w:cstheme="majorHAnsi"/>
        </w:rPr>
      </w:pPr>
      <w:r w:rsidRPr="006A0334">
        <w:rPr>
          <w:rFonts w:asciiTheme="majorHAnsi" w:hAnsiTheme="majorHAnsi" w:cstheme="majorHAnsi"/>
        </w:rPr>
        <w:t>Depending on final operations, transportation may be provided by Executive Sedan, Van, Minibus or another appropriate vehicle.</w:t>
      </w:r>
    </w:p>
    <w:tbl>
      <w:tblPr>
        <w:tblW w:w="0" w:type="auto"/>
        <w:jc w:val="center"/>
        <w:tblLook w:val="04A0" w:firstRow="1" w:lastRow="0" w:firstColumn="1" w:lastColumn="0" w:noHBand="0" w:noVBand="1"/>
      </w:tblPr>
      <w:tblGrid>
        <w:gridCol w:w="10282"/>
      </w:tblGrid>
      <w:tr w:rsidR="00273037" w:rsidRPr="006A0334" w14:paraId="455AC00A" w14:textId="77777777">
        <w:trPr>
          <w:jc w:val="center"/>
        </w:trPr>
        <w:tc>
          <w:tcPr>
            <w:tcW w:w="10282" w:type="dxa"/>
            <w:shd w:val="clear" w:color="auto" w:fill="FFF8CC"/>
            <w:tcMar>
              <w:top w:w="110" w:type="dxa"/>
              <w:left w:w="140" w:type="dxa"/>
              <w:bottom w:w="110" w:type="dxa"/>
              <w:right w:w="140" w:type="dxa"/>
            </w:tcMar>
          </w:tcPr>
          <w:p w14:paraId="43C3B099" w14:textId="77777777" w:rsidR="00273037" w:rsidRPr="006A0334" w:rsidRDefault="00000000">
            <w:pPr>
              <w:rPr>
                <w:rFonts w:asciiTheme="majorHAnsi" w:hAnsiTheme="majorHAnsi" w:cstheme="majorHAnsi"/>
              </w:rPr>
            </w:pPr>
            <w:r w:rsidRPr="006A0334">
              <w:rPr>
                <w:rFonts w:asciiTheme="majorHAnsi" w:hAnsiTheme="majorHAnsi" w:cstheme="majorHAnsi"/>
                <w:b/>
                <w:sz w:val="22"/>
              </w:rPr>
              <w:t>SEND YOUR FLIGHT INFORMATION</w:t>
            </w:r>
          </w:p>
        </w:tc>
      </w:tr>
    </w:tbl>
    <w:p w14:paraId="45860D09" w14:textId="77777777" w:rsidR="00273037" w:rsidRPr="006A0334" w:rsidRDefault="00273037">
      <w:pPr>
        <w:spacing w:after="0"/>
        <w:rPr>
          <w:rFonts w:asciiTheme="majorHAnsi" w:hAnsiTheme="majorHAnsi" w:cstheme="majorHAnsi"/>
        </w:rPr>
      </w:pPr>
    </w:p>
    <w:p w14:paraId="42AEDE19" w14:textId="77777777" w:rsidR="00273037" w:rsidRPr="006A0334" w:rsidRDefault="00000000">
      <w:pPr>
        <w:rPr>
          <w:rFonts w:asciiTheme="majorHAnsi" w:hAnsiTheme="majorHAnsi" w:cstheme="majorHAnsi"/>
        </w:rPr>
      </w:pPr>
      <w:r w:rsidRPr="006A0334">
        <w:rPr>
          <w:rFonts w:asciiTheme="majorHAnsi" w:hAnsiTheme="majorHAnsi" w:cstheme="majorHAnsi"/>
        </w:rPr>
        <w:t>Unless another deadline is communicated, complete flight information should be submitted at least 20 days before the beginning of the Brazil Trip.</w:t>
      </w:r>
    </w:p>
    <w:tbl>
      <w:tblPr>
        <w:tblW w:w="0" w:type="auto"/>
        <w:jc w:val="center"/>
        <w:tblLayout w:type="fixed"/>
        <w:tblLook w:val="04A0" w:firstRow="1" w:lastRow="0" w:firstColumn="1" w:lastColumn="0" w:noHBand="0" w:noVBand="1"/>
      </w:tblPr>
      <w:tblGrid>
        <w:gridCol w:w="3024"/>
        <w:gridCol w:w="6624"/>
      </w:tblGrid>
      <w:tr w:rsidR="00273037" w:rsidRPr="006A0334" w14:paraId="4E63223B" w14:textId="77777777">
        <w:trPr>
          <w:jc w:val="center"/>
        </w:trPr>
        <w:tc>
          <w:tcPr>
            <w:tcW w:w="3024" w:type="dxa"/>
            <w:shd w:val="clear" w:color="auto" w:fill="FFF8CC"/>
            <w:tcMar>
              <w:top w:w="90" w:type="dxa"/>
              <w:left w:w="120" w:type="dxa"/>
              <w:bottom w:w="90" w:type="dxa"/>
              <w:right w:w="120" w:type="dxa"/>
            </w:tcMar>
          </w:tcPr>
          <w:p w14:paraId="498B3807" w14:textId="77777777" w:rsidR="00273037" w:rsidRPr="006A0334" w:rsidRDefault="00000000">
            <w:pPr>
              <w:rPr>
                <w:rFonts w:asciiTheme="majorHAnsi" w:hAnsiTheme="majorHAnsi" w:cstheme="majorHAnsi"/>
              </w:rPr>
            </w:pPr>
            <w:r w:rsidRPr="006A0334">
              <w:rPr>
                <w:rFonts w:asciiTheme="majorHAnsi" w:hAnsiTheme="majorHAnsi" w:cstheme="majorHAnsi"/>
                <w:b/>
              </w:rPr>
              <w:t>Airline</w:t>
            </w:r>
          </w:p>
        </w:tc>
        <w:tc>
          <w:tcPr>
            <w:tcW w:w="6624" w:type="dxa"/>
            <w:tcMar>
              <w:top w:w="90" w:type="dxa"/>
              <w:left w:w="120" w:type="dxa"/>
              <w:bottom w:w="90" w:type="dxa"/>
              <w:right w:w="120" w:type="dxa"/>
            </w:tcMar>
          </w:tcPr>
          <w:p w14:paraId="7CF1414D" w14:textId="77777777" w:rsidR="00273037" w:rsidRPr="006A0334" w:rsidRDefault="00000000">
            <w:pPr>
              <w:rPr>
                <w:rFonts w:asciiTheme="majorHAnsi" w:hAnsiTheme="majorHAnsi" w:cstheme="majorHAnsi"/>
              </w:rPr>
            </w:pPr>
            <w:r w:rsidRPr="006A0334">
              <w:rPr>
                <w:rFonts w:asciiTheme="majorHAnsi" w:hAnsiTheme="majorHAnsi" w:cstheme="majorHAnsi"/>
              </w:rPr>
              <w:t>[Your airline]</w:t>
            </w:r>
          </w:p>
        </w:tc>
      </w:tr>
      <w:tr w:rsidR="00273037" w:rsidRPr="006A0334" w14:paraId="4F68E3FD" w14:textId="77777777">
        <w:trPr>
          <w:jc w:val="center"/>
        </w:trPr>
        <w:tc>
          <w:tcPr>
            <w:tcW w:w="3024" w:type="dxa"/>
            <w:shd w:val="clear" w:color="auto" w:fill="FFF8CC"/>
            <w:tcMar>
              <w:top w:w="90" w:type="dxa"/>
              <w:left w:w="120" w:type="dxa"/>
              <w:bottom w:w="90" w:type="dxa"/>
              <w:right w:w="120" w:type="dxa"/>
            </w:tcMar>
          </w:tcPr>
          <w:p w14:paraId="4C2503A1" w14:textId="77777777" w:rsidR="00273037" w:rsidRPr="006A0334" w:rsidRDefault="00000000">
            <w:pPr>
              <w:rPr>
                <w:rFonts w:asciiTheme="majorHAnsi" w:hAnsiTheme="majorHAnsi" w:cstheme="majorHAnsi"/>
              </w:rPr>
            </w:pPr>
            <w:r w:rsidRPr="006A0334">
              <w:rPr>
                <w:rFonts w:asciiTheme="majorHAnsi" w:hAnsiTheme="majorHAnsi" w:cstheme="majorHAnsi"/>
                <w:b/>
              </w:rPr>
              <w:t>Flight Number</w:t>
            </w:r>
          </w:p>
        </w:tc>
        <w:tc>
          <w:tcPr>
            <w:tcW w:w="6624" w:type="dxa"/>
            <w:tcMar>
              <w:top w:w="90" w:type="dxa"/>
              <w:left w:w="120" w:type="dxa"/>
              <w:bottom w:w="90" w:type="dxa"/>
              <w:right w:w="120" w:type="dxa"/>
            </w:tcMar>
          </w:tcPr>
          <w:p w14:paraId="43091B4B" w14:textId="77777777" w:rsidR="00273037" w:rsidRPr="006A0334" w:rsidRDefault="00000000">
            <w:pPr>
              <w:rPr>
                <w:rFonts w:asciiTheme="majorHAnsi" w:hAnsiTheme="majorHAnsi" w:cstheme="majorHAnsi"/>
              </w:rPr>
            </w:pPr>
            <w:r w:rsidRPr="006A0334">
              <w:rPr>
                <w:rFonts w:asciiTheme="majorHAnsi" w:hAnsiTheme="majorHAnsi" w:cstheme="majorHAnsi"/>
              </w:rPr>
              <w:t>[Your flight number]</w:t>
            </w:r>
          </w:p>
        </w:tc>
      </w:tr>
      <w:tr w:rsidR="00273037" w:rsidRPr="006A0334" w14:paraId="26C4245B" w14:textId="77777777">
        <w:trPr>
          <w:jc w:val="center"/>
        </w:trPr>
        <w:tc>
          <w:tcPr>
            <w:tcW w:w="3024" w:type="dxa"/>
            <w:shd w:val="clear" w:color="auto" w:fill="FFF8CC"/>
            <w:tcMar>
              <w:top w:w="90" w:type="dxa"/>
              <w:left w:w="120" w:type="dxa"/>
              <w:bottom w:w="90" w:type="dxa"/>
              <w:right w:w="120" w:type="dxa"/>
            </w:tcMar>
          </w:tcPr>
          <w:p w14:paraId="05FF2F4A" w14:textId="77777777" w:rsidR="00273037" w:rsidRPr="006A0334" w:rsidRDefault="00000000">
            <w:pPr>
              <w:rPr>
                <w:rFonts w:asciiTheme="majorHAnsi" w:hAnsiTheme="majorHAnsi" w:cstheme="majorHAnsi"/>
              </w:rPr>
            </w:pPr>
            <w:r w:rsidRPr="006A0334">
              <w:rPr>
                <w:rFonts w:asciiTheme="majorHAnsi" w:hAnsiTheme="majorHAnsi" w:cstheme="majorHAnsi"/>
                <w:b/>
              </w:rPr>
              <w:lastRenderedPageBreak/>
              <w:t>Arrival Airport</w:t>
            </w:r>
          </w:p>
        </w:tc>
        <w:tc>
          <w:tcPr>
            <w:tcW w:w="6624" w:type="dxa"/>
            <w:tcMar>
              <w:top w:w="90" w:type="dxa"/>
              <w:left w:w="120" w:type="dxa"/>
              <w:bottom w:w="90" w:type="dxa"/>
              <w:right w:w="120" w:type="dxa"/>
            </w:tcMar>
          </w:tcPr>
          <w:p w14:paraId="29C5DD36" w14:textId="77777777" w:rsidR="00273037" w:rsidRPr="006A0334" w:rsidRDefault="00000000">
            <w:pPr>
              <w:rPr>
                <w:rFonts w:asciiTheme="majorHAnsi" w:hAnsiTheme="majorHAnsi" w:cstheme="majorHAnsi"/>
              </w:rPr>
            </w:pPr>
            <w:r w:rsidRPr="006A0334">
              <w:rPr>
                <w:rFonts w:asciiTheme="majorHAnsi" w:hAnsiTheme="majorHAnsi" w:cstheme="majorHAnsi"/>
              </w:rPr>
              <w:t>[GIG / SDU / applicable airport]</w:t>
            </w:r>
          </w:p>
        </w:tc>
      </w:tr>
      <w:tr w:rsidR="00273037" w:rsidRPr="006A0334" w14:paraId="432C5C12" w14:textId="77777777">
        <w:trPr>
          <w:jc w:val="center"/>
        </w:trPr>
        <w:tc>
          <w:tcPr>
            <w:tcW w:w="3024" w:type="dxa"/>
            <w:shd w:val="clear" w:color="auto" w:fill="FFF8CC"/>
            <w:tcMar>
              <w:top w:w="90" w:type="dxa"/>
              <w:left w:w="120" w:type="dxa"/>
              <w:bottom w:w="90" w:type="dxa"/>
              <w:right w:w="120" w:type="dxa"/>
            </w:tcMar>
          </w:tcPr>
          <w:p w14:paraId="4DB37254" w14:textId="77777777" w:rsidR="00273037" w:rsidRPr="006A0334" w:rsidRDefault="00000000">
            <w:pPr>
              <w:rPr>
                <w:rFonts w:asciiTheme="majorHAnsi" w:hAnsiTheme="majorHAnsi" w:cstheme="majorHAnsi"/>
              </w:rPr>
            </w:pPr>
            <w:r w:rsidRPr="006A0334">
              <w:rPr>
                <w:rFonts w:asciiTheme="majorHAnsi" w:hAnsiTheme="majorHAnsi" w:cstheme="majorHAnsi"/>
                <w:b/>
              </w:rPr>
              <w:t>Arrival Date &amp; Time</w:t>
            </w:r>
          </w:p>
        </w:tc>
        <w:tc>
          <w:tcPr>
            <w:tcW w:w="6624" w:type="dxa"/>
            <w:tcMar>
              <w:top w:w="90" w:type="dxa"/>
              <w:left w:w="120" w:type="dxa"/>
              <w:bottom w:w="90" w:type="dxa"/>
              <w:right w:w="120" w:type="dxa"/>
            </w:tcMar>
          </w:tcPr>
          <w:p w14:paraId="7835CDFD" w14:textId="77777777" w:rsidR="00273037" w:rsidRPr="006A0334" w:rsidRDefault="00000000">
            <w:pPr>
              <w:rPr>
                <w:rFonts w:asciiTheme="majorHAnsi" w:hAnsiTheme="majorHAnsi" w:cstheme="majorHAnsi"/>
              </w:rPr>
            </w:pPr>
            <w:r w:rsidRPr="006A0334">
              <w:rPr>
                <w:rFonts w:asciiTheme="majorHAnsi" w:hAnsiTheme="majorHAnsi" w:cstheme="majorHAnsi"/>
              </w:rPr>
              <w:t>[Your arrival details]</w:t>
            </w:r>
          </w:p>
        </w:tc>
      </w:tr>
      <w:tr w:rsidR="00273037" w:rsidRPr="006A0334" w14:paraId="18A1CA00" w14:textId="77777777">
        <w:trPr>
          <w:jc w:val="center"/>
        </w:trPr>
        <w:tc>
          <w:tcPr>
            <w:tcW w:w="3024" w:type="dxa"/>
            <w:shd w:val="clear" w:color="auto" w:fill="FFF8CC"/>
            <w:tcMar>
              <w:top w:w="90" w:type="dxa"/>
              <w:left w:w="120" w:type="dxa"/>
              <w:bottom w:w="90" w:type="dxa"/>
              <w:right w:w="120" w:type="dxa"/>
            </w:tcMar>
          </w:tcPr>
          <w:p w14:paraId="17D4ED71" w14:textId="77777777" w:rsidR="00273037" w:rsidRPr="006A0334" w:rsidRDefault="00000000">
            <w:pPr>
              <w:rPr>
                <w:rFonts w:asciiTheme="majorHAnsi" w:hAnsiTheme="majorHAnsi" w:cstheme="majorHAnsi"/>
              </w:rPr>
            </w:pPr>
            <w:r w:rsidRPr="006A0334">
              <w:rPr>
                <w:rFonts w:asciiTheme="majorHAnsi" w:hAnsiTheme="majorHAnsi" w:cstheme="majorHAnsi"/>
                <w:b/>
              </w:rPr>
              <w:t>Departure Airport</w:t>
            </w:r>
          </w:p>
        </w:tc>
        <w:tc>
          <w:tcPr>
            <w:tcW w:w="6624" w:type="dxa"/>
            <w:tcMar>
              <w:top w:w="90" w:type="dxa"/>
              <w:left w:w="120" w:type="dxa"/>
              <w:bottom w:w="90" w:type="dxa"/>
              <w:right w:w="120" w:type="dxa"/>
            </w:tcMar>
          </w:tcPr>
          <w:p w14:paraId="5EA5C5CA" w14:textId="77777777" w:rsidR="00273037" w:rsidRPr="006A0334" w:rsidRDefault="00000000">
            <w:pPr>
              <w:rPr>
                <w:rFonts w:asciiTheme="majorHAnsi" w:hAnsiTheme="majorHAnsi" w:cstheme="majorHAnsi"/>
              </w:rPr>
            </w:pPr>
            <w:r w:rsidRPr="006A0334">
              <w:rPr>
                <w:rFonts w:asciiTheme="majorHAnsi" w:hAnsiTheme="majorHAnsi" w:cstheme="majorHAnsi"/>
              </w:rPr>
              <w:t>[Your departure airport]</w:t>
            </w:r>
          </w:p>
        </w:tc>
      </w:tr>
      <w:tr w:rsidR="00273037" w:rsidRPr="006A0334" w14:paraId="7C88FA76" w14:textId="77777777">
        <w:trPr>
          <w:jc w:val="center"/>
        </w:trPr>
        <w:tc>
          <w:tcPr>
            <w:tcW w:w="3024" w:type="dxa"/>
            <w:shd w:val="clear" w:color="auto" w:fill="FFF8CC"/>
            <w:tcMar>
              <w:top w:w="90" w:type="dxa"/>
              <w:left w:w="120" w:type="dxa"/>
              <w:bottom w:w="90" w:type="dxa"/>
              <w:right w:w="120" w:type="dxa"/>
            </w:tcMar>
          </w:tcPr>
          <w:p w14:paraId="11CF1FE5" w14:textId="77777777" w:rsidR="00273037" w:rsidRPr="006A0334" w:rsidRDefault="00000000">
            <w:pPr>
              <w:rPr>
                <w:rFonts w:asciiTheme="majorHAnsi" w:hAnsiTheme="majorHAnsi" w:cstheme="majorHAnsi"/>
              </w:rPr>
            </w:pPr>
            <w:r w:rsidRPr="006A0334">
              <w:rPr>
                <w:rFonts w:asciiTheme="majorHAnsi" w:hAnsiTheme="majorHAnsi" w:cstheme="majorHAnsi"/>
                <w:b/>
              </w:rPr>
              <w:t>Departure Date &amp; Time</w:t>
            </w:r>
          </w:p>
        </w:tc>
        <w:tc>
          <w:tcPr>
            <w:tcW w:w="6624" w:type="dxa"/>
            <w:tcMar>
              <w:top w:w="90" w:type="dxa"/>
              <w:left w:w="120" w:type="dxa"/>
              <w:bottom w:w="90" w:type="dxa"/>
              <w:right w:w="120" w:type="dxa"/>
            </w:tcMar>
          </w:tcPr>
          <w:p w14:paraId="52074904" w14:textId="77777777" w:rsidR="00273037" w:rsidRPr="006A0334" w:rsidRDefault="00000000">
            <w:pPr>
              <w:rPr>
                <w:rFonts w:asciiTheme="majorHAnsi" w:hAnsiTheme="majorHAnsi" w:cstheme="majorHAnsi"/>
              </w:rPr>
            </w:pPr>
            <w:r w:rsidRPr="006A0334">
              <w:rPr>
                <w:rFonts w:asciiTheme="majorHAnsi" w:hAnsiTheme="majorHAnsi" w:cstheme="majorHAnsi"/>
              </w:rPr>
              <w:t>[Your departure details]</w:t>
            </w:r>
          </w:p>
        </w:tc>
      </w:tr>
    </w:tbl>
    <w:p w14:paraId="2DFD832B" w14:textId="77777777" w:rsidR="00273037" w:rsidRPr="006A0334" w:rsidRDefault="00000000">
      <w:pPr>
        <w:pStyle w:val="Ttulo2"/>
        <w:rPr>
          <w:rFonts w:cstheme="majorHAnsi"/>
        </w:rPr>
      </w:pPr>
      <w:r w:rsidRPr="006A0334">
        <w:rPr>
          <w:rFonts w:cstheme="majorHAnsi"/>
        </w:rPr>
        <w:t>IF YOUR FLIGHT CHANGES</w:t>
      </w:r>
    </w:p>
    <w:p w14:paraId="719DDDA9" w14:textId="77777777" w:rsidR="00273037" w:rsidRPr="006A0334" w:rsidRDefault="00000000">
      <w:pPr>
        <w:rPr>
          <w:rFonts w:asciiTheme="majorHAnsi" w:hAnsiTheme="majorHAnsi" w:cstheme="majorHAnsi"/>
        </w:rPr>
      </w:pPr>
      <w:r w:rsidRPr="006A0334">
        <w:rPr>
          <w:rFonts w:asciiTheme="majorHAnsi" w:hAnsiTheme="majorHAnsi" w:cstheme="majorHAnsi"/>
        </w:rPr>
        <w:t>If your flight is delayed, cancelled or significantly changed, contact the participant-assistance channel as soon as reasonably possible. Transfer arrangements depend on the official operating conditions and the information available to the team.</w:t>
      </w:r>
    </w:p>
    <w:p w14:paraId="504DA2D1" w14:textId="77777777" w:rsidR="00273037" w:rsidRPr="006A0334" w:rsidRDefault="00000000">
      <w:pPr>
        <w:pStyle w:val="Ttulo2"/>
        <w:rPr>
          <w:rFonts w:cstheme="majorHAnsi"/>
        </w:rPr>
      </w:pPr>
      <w:r w:rsidRPr="006A0334">
        <w:rPr>
          <w:rFonts w:cstheme="majorHAnsi"/>
        </w:rPr>
        <w:t>ARRIVING EARLY OR STAYING LONGER?</w:t>
      </w:r>
    </w:p>
    <w:p w14:paraId="43628AAB" w14:textId="4467A56A" w:rsidR="00273037" w:rsidRPr="006A0334" w:rsidRDefault="00000000">
      <w:pPr>
        <w:rPr>
          <w:rFonts w:asciiTheme="majorHAnsi" w:hAnsiTheme="majorHAnsi" w:cstheme="majorHAnsi"/>
        </w:rPr>
      </w:pPr>
      <w:r w:rsidRPr="006A0334">
        <w:rPr>
          <w:rFonts w:asciiTheme="majorHAnsi" w:hAnsiTheme="majorHAnsi" w:cstheme="majorHAnsi"/>
        </w:rPr>
        <w:t>Additional accommodation, transportation, tours and experiences before July 24 or after July 31 are not automatically included in the official package. Carioca21 can assist with separate arrangements, subject to availability, confirmation and additional charges.</w:t>
      </w:r>
    </w:p>
    <w:p w14:paraId="366EA733"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LIVING RIO</w:t>
      </w:r>
    </w:p>
    <w:p w14:paraId="4E112AA4"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YOUR BRAZIL TRIP WEEK</w:t>
      </w:r>
    </w:p>
    <w:p w14:paraId="039DAAA0"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A framework for an unforgettable week.</w:t>
      </w:r>
    </w:p>
    <w:p w14:paraId="52A775D2" w14:textId="77777777" w:rsidR="00273037" w:rsidRPr="006A0334" w:rsidRDefault="00273037">
      <w:pPr>
        <w:rPr>
          <w:rFonts w:asciiTheme="majorHAnsi" w:hAnsiTheme="majorHAnsi" w:cstheme="majorHAnsi"/>
        </w:rPr>
      </w:pPr>
    </w:p>
    <w:tbl>
      <w:tblPr>
        <w:tblW w:w="0" w:type="auto"/>
        <w:jc w:val="center"/>
        <w:tblLook w:val="04A0" w:firstRow="1" w:lastRow="0" w:firstColumn="1" w:lastColumn="0" w:noHBand="0" w:noVBand="1"/>
      </w:tblPr>
      <w:tblGrid>
        <w:gridCol w:w="10282"/>
      </w:tblGrid>
      <w:tr w:rsidR="00273037" w:rsidRPr="006A0334" w14:paraId="5F6A33B6" w14:textId="77777777">
        <w:trPr>
          <w:jc w:val="center"/>
        </w:trPr>
        <w:tc>
          <w:tcPr>
            <w:tcW w:w="10282" w:type="dxa"/>
            <w:shd w:val="clear" w:color="auto" w:fill="F4D900"/>
            <w:tcMar>
              <w:top w:w="110" w:type="dxa"/>
              <w:left w:w="140" w:type="dxa"/>
              <w:bottom w:w="110" w:type="dxa"/>
              <w:right w:w="140" w:type="dxa"/>
            </w:tcMar>
          </w:tcPr>
          <w:p w14:paraId="7D5FCDE1" w14:textId="77777777" w:rsidR="00273037" w:rsidRPr="006A0334" w:rsidRDefault="00000000">
            <w:pPr>
              <w:rPr>
                <w:rFonts w:asciiTheme="majorHAnsi" w:hAnsiTheme="majorHAnsi" w:cstheme="majorHAnsi"/>
              </w:rPr>
            </w:pPr>
            <w:r w:rsidRPr="006A0334">
              <w:rPr>
                <w:rFonts w:asciiTheme="majorHAnsi" w:hAnsiTheme="majorHAnsi" w:cstheme="majorHAnsi"/>
                <w:b/>
                <w:sz w:val="22"/>
              </w:rPr>
              <w:t>SATURDAY · JULY 24</w:t>
            </w:r>
          </w:p>
        </w:tc>
      </w:tr>
    </w:tbl>
    <w:p w14:paraId="084EBA71" w14:textId="77777777" w:rsidR="00273037" w:rsidRPr="006A0334" w:rsidRDefault="00273037">
      <w:pPr>
        <w:spacing w:after="0"/>
        <w:rPr>
          <w:rFonts w:asciiTheme="majorHAnsi" w:hAnsiTheme="majorHAnsi" w:cstheme="majorHAnsi"/>
        </w:rPr>
      </w:pPr>
    </w:p>
    <w:p w14:paraId="4F53350D" w14:textId="77777777" w:rsidR="00273037" w:rsidRPr="006A0334" w:rsidRDefault="00000000">
      <w:pPr>
        <w:rPr>
          <w:rFonts w:asciiTheme="majorHAnsi" w:hAnsiTheme="majorHAnsi" w:cstheme="majorHAnsi"/>
        </w:rPr>
      </w:pPr>
      <w:r w:rsidRPr="006A0334">
        <w:rPr>
          <w:rFonts w:asciiTheme="majorHAnsi" w:hAnsiTheme="majorHAnsi" w:cstheme="majorHAnsi"/>
          <w:b/>
          <w:sz w:val="24"/>
        </w:rPr>
        <w:t>WELCOME TO RIO</w:t>
      </w:r>
    </w:p>
    <w:p w14:paraId="46270FCF" w14:textId="77777777" w:rsidR="00273037" w:rsidRPr="006A0334" w:rsidRDefault="00000000">
      <w:pPr>
        <w:rPr>
          <w:rFonts w:asciiTheme="majorHAnsi" w:hAnsiTheme="majorHAnsi" w:cstheme="majorHAnsi"/>
        </w:rPr>
      </w:pPr>
      <w:r w:rsidRPr="006A0334">
        <w:rPr>
          <w:rFonts w:asciiTheme="majorHAnsi" w:hAnsiTheme="majorHAnsi" w:cstheme="majorHAnsi"/>
        </w:rPr>
        <w:t>Arrivals · Official Airport Reception &amp; Transfers · Hotel Check-In · Registration &amp; Orientation · Welcome · Free Evening</w:t>
      </w:r>
    </w:p>
    <w:tbl>
      <w:tblPr>
        <w:tblW w:w="0" w:type="auto"/>
        <w:jc w:val="center"/>
        <w:tblLook w:val="04A0" w:firstRow="1" w:lastRow="0" w:firstColumn="1" w:lastColumn="0" w:noHBand="0" w:noVBand="1"/>
      </w:tblPr>
      <w:tblGrid>
        <w:gridCol w:w="10282"/>
      </w:tblGrid>
      <w:tr w:rsidR="00273037" w:rsidRPr="006A0334" w14:paraId="1A31EBA9" w14:textId="77777777">
        <w:trPr>
          <w:jc w:val="center"/>
        </w:trPr>
        <w:tc>
          <w:tcPr>
            <w:tcW w:w="10282" w:type="dxa"/>
            <w:shd w:val="clear" w:color="auto" w:fill="F4D900"/>
            <w:tcMar>
              <w:top w:w="110" w:type="dxa"/>
              <w:left w:w="140" w:type="dxa"/>
              <w:bottom w:w="110" w:type="dxa"/>
              <w:right w:w="140" w:type="dxa"/>
            </w:tcMar>
          </w:tcPr>
          <w:p w14:paraId="63965B1A" w14:textId="77777777" w:rsidR="00273037" w:rsidRPr="006A0334" w:rsidRDefault="00000000">
            <w:pPr>
              <w:rPr>
                <w:rFonts w:asciiTheme="majorHAnsi" w:hAnsiTheme="majorHAnsi" w:cstheme="majorHAnsi"/>
              </w:rPr>
            </w:pPr>
            <w:r w:rsidRPr="006A0334">
              <w:rPr>
                <w:rFonts w:asciiTheme="majorHAnsi" w:hAnsiTheme="majorHAnsi" w:cstheme="majorHAnsi"/>
                <w:b/>
                <w:sz w:val="22"/>
              </w:rPr>
              <w:t>SUNDAY · JULY 25</w:t>
            </w:r>
          </w:p>
        </w:tc>
      </w:tr>
    </w:tbl>
    <w:p w14:paraId="082A6580" w14:textId="77777777" w:rsidR="00273037" w:rsidRPr="006A0334" w:rsidRDefault="00273037">
      <w:pPr>
        <w:spacing w:after="0"/>
        <w:rPr>
          <w:rFonts w:asciiTheme="majorHAnsi" w:hAnsiTheme="majorHAnsi" w:cstheme="majorHAnsi"/>
        </w:rPr>
      </w:pPr>
    </w:p>
    <w:p w14:paraId="5D848E54" w14:textId="77777777" w:rsidR="00273037" w:rsidRPr="006A0334" w:rsidRDefault="00000000">
      <w:pPr>
        <w:rPr>
          <w:rFonts w:asciiTheme="majorHAnsi" w:hAnsiTheme="majorHAnsi" w:cstheme="majorHAnsi"/>
        </w:rPr>
      </w:pPr>
      <w:r w:rsidRPr="006A0334">
        <w:rPr>
          <w:rFonts w:asciiTheme="majorHAnsi" w:hAnsiTheme="majorHAnsi" w:cstheme="majorHAnsi"/>
          <w:b/>
          <w:sz w:val="24"/>
        </w:rPr>
        <w:t>BJJ · COMMUNITY · THE WATER</w:t>
      </w:r>
    </w:p>
    <w:p w14:paraId="41551A83" w14:textId="77777777" w:rsidR="00273037" w:rsidRPr="006A0334" w:rsidRDefault="00000000">
      <w:pPr>
        <w:rPr>
          <w:rFonts w:asciiTheme="majorHAnsi" w:hAnsiTheme="majorHAnsi" w:cstheme="majorHAnsi"/>
        </w:rPr>
      </w:pPr>
      <w:r w:rsidRPr="006A0334">
        <w:rPr>
          <w:rFonts w:asciiTheme="majorHAnsi" w:hAnsiTheme="majorHAnsi" w:cstheme="majorHAnsi"/>
        </w:rPr>
        <w:t>Opening BJJ Experience · Community Connection · Private Boat Experience*</w:t>
      </w:r>
    </w:p>
    <w:tbl>
      <w:tblPr>
        <w:tblW w:w="0" w:type="auto"/>
        <w:jc w:val="center"/>
        <w:tblLook w:val="04A0" w:firstRow="1" w:lastRow="0" w:firstColumn="1" w:lastColumn="0" w:noHBand="0" w:noVBand="1"/>
      </w:tblPr>
      <w:tblGrid>
        <w:gridCol w:w="10282"/>
      </w:tblGrid>
      <w:tr w:rsidR="00273037" w:rsidRPr="006A0334" w14:paraId="4C29FDE9" w14:textId="77777777">
        <w:trPr>
          <w:jc w:val="center"/>
        </w:trPr>
        <w:tc>
          <w:tcPr>
            <w:tcW w:w="10282" w:type="dxa"/>
            <w:shd w:val="clear" w:color="auto" w:fill="F4D900"/>
            <w:tcMar>
              <w:top w:w="110" w:type="dxa"/>
              <w:left w:w="140" w:type="dxa"/>
              <w:bottom w:w="110" w:type="dxa"/>
              <w:right w:w="140" w:type="dxa"/>
            </w:tcMar>
          </w:tcPr>
          <w:p w14:paraId="78E6DFF0" w14:textId="77777777" w:rsidR="00273037" w:rsidRPr="006A0334" w:rsidRDefault="00000000">
            <w:pPr>
              <w:rPr>
                <w:rFonts w:asciiTheme="majorHAnsi" w:hAnsiTheme="majorHAnsi" w:cstheme="majorHAnsi"/>
              </w:rPr>
            </w:pPr>
            <w:r w:rsidRPr="006A0334">
              <w:rPr>
                <w:rFonts w:asciiTheme="majorHAnsi" w:hAnsiTheme="majorHAnsi" w:cstheme="majorHAnsi"/>
                <w:b/>
                <w:sz w:val="22"/>
              </w:rPr>
              <w:t>MONDAY · JULY 26</w:t>
            </w:r>
          </w:p>
        </w:tc>
      </w:tr>
    </w:tbl>
    <w:p w14:paraId="01FEBA13" w14:textId="77777777" w:rsidR="00273037" w:rsidRPr="006A0334" w:rsidRDefault="00273037">
      <w:pPr>
        <w:spacing w:after="0"/>
        <w:rPr>
          <w:rFonts w:asciiTheme="majorHAnsi" w:hAnsiTheme="majorHAnsi" w:cstheme="majorHAnsi"/>
        </w:rPr>
      </w:pPr>
    </w:p>
    <w:p w14:paraId="243529FE" w14:textId="77777777" w:rsidR="00273037" w:rsidRPr="006A0334" w:rsidRDefault="00000000">
      <w:pPr>
        <w:rPr>
          <w:rFonts w:asciiTheme="majorHAnsi" w:hAnsiTheme="majorHAnsi" w:cstheme="majorHAnsi"/>
        </w:rPr>
      </w:pPr>
      <w:r w:rsidRPr="006A0334">
        <w:rPr>
          <w:rFonts w:asciiTheme="majorHAnsi" w:hAnsiTheme="majorHAnsi" w:cstheme="majorHAnsi"/>
          <w:b/>
          <w:sz w:val="24"/>
        </w:rPr>
        <w:t>TRAIN · CONNECT · LIVE RIO</w:t>
      </w:r>
    </w:p>
    <w:p w14:paraId="2698CCDE" w14:textId="77777777" w:rsidR="00273037" w:rsidRPr="006A0334" w:rsidRDefault="00000000">
      <w:pPr>
        <w:rPr>
          <w:rFonts w:asciiTheme="majorHAnsi" w:hAnsiTheme="majorHAnsi" w:cstheme="majorHAnsi"/>
        </w:rPr>
      </w:pPr>
      <w:r w:rsidRPr="006A0334">
        <w:rPr>
          <w:rFonts w:asciiTheme="majorHAnsi" w:hAnsiTheme="majorHAnsi" w:cstheme="majorHAnsi"/>
        </w:rPr>
        <w:t>BJJ Training · Technical Activities · Community · Free Time · Optional Carioca21 Experiences</w:t>
      </w:r>
    </w:p>
    <w:tbl>
      <w:tblPr>
        <w:tblW w:w="0" w:type="auto"/>
        <w:jc w:val="center"/>
        <w:tblLook w:val="04A0" w:firstRow="1" w:lastRow="0" w:firstColumn="1" w:lastColumn="0" w:noHBand="0" w:noVBand="1"/>
      </w:tblPr>
      <w:tblGrid>
        <w:gridCol w:w="10282"/>
      </w:tblGrid>
      <w:tr w:rsidR="00273037" w:rsidRPr="006A0334" w14:paraId="238CA339" w14:textId="77777777">
        <w:trPr>
          <w:jc w:val="center"/>
        </w:trPr>
        <w:tc>
          <w:tcPr>
            <w:tcW w:w="10282" w:type="dxa"/>
            <w:shd w:val="clear" w:color="auto" w:fill="F4D900"/>
            <w:tcMar>
              <w:top w:w="110" w:type="dxa"/>
              <w:left w:w="140" w:type="dxa"/>
              <w:bottom w:w="110" w:type="dxa"/>
              <w:right w:w="140" w:type="dxa"/>
            </w:tcMar>
          </w:tcPr>
          <w:p w14:paraId="4EF83817" w14:textId="77777777" w:rsidR="00273037" w:rsidRPr="006A0334" w:rsidRDefault="00000000">
            <w:pPr>
              <w:rPr>
                <w:rFonts w:asciiTheme="majorHAnsi" w:hAnsiTheme="majorHAnsi" w:cstheme="majorHAnsi"/>
              </w:rPr>
            </w:pPr>
            <w:r w:rsidRPr="006A0334">
              <w:rPr>
                <w:rFonts w:asciiTheme="majorHAnsi" w:hAnsiTheme="majorHAnsi" w:cstheme="majorHAnsi"/>
                <w:b/>
                <w:sz w:val="22"/>
              </w:rPr>
              <w:t>TUESDAY · JULY 27</w:t>
            </w:r>
          </w:p>
        </w:tc>
      </w:tr>
    </w:tbl>
    <w:p w14:paraId="655E8584" w14:textId="77777777" w:rsidR="00273037" w:rsidRPr="006A0334" w:rsidRDefault="00273037">
      <w:pPr>
        <w:spacing w:after="0"/>
        <w:rPr>
          <w:rFonts w:asciiTheme="majorHAnsi" w:hAnsiTheme="majorHAnsi" w:cstheme="majorHAnsi"/>
        </w:rPr>
      </w:pPr>
    </w:p>
    <w:p w14:paraId="7635018D" w14:textId="77777777" w:rsidR="00273037" w:rsidRPr="006A0334" w:rsidRDefault="00000000">
      <w:pPr>
        <w:rPr>
          <w:rFonts w:asciiTheme="majorHAnsi" w:hAnsiTheme="majorHAnsi" w:cstheme="majorHAnsi"/>
        </w:rPr>
      </w:pPr>
      <w:r w:rsidRPr="006A0334">
        <w:rPr>
          <w:rFonts w:asciiTheme="majorHAnsi" w:hAnsiTheme="majorHAnsi" w:cstheme="majorHAnsi"/>
          <w:b/>
          <w:sz w:val="24"/>
        </w:rPr>
        <w:t>ICONIC RIO</w:t>
      </w:r>
    </w:p>
    <w:p w14:paraId="6A896DF0" w14:textId="77777777" w:rsidR="00273037" w:rsidRPr="006A0334" w:rsidRDefault="00000000">
      <w:pPr>
        <w:rPr>
          <w:rFonts w:asciiTheme="majorHAnsi" w:hAnsiTheme="majorHAnsi" w:cstheme="majorHAnsi"/>
        </w:rPr>
      </w:pPr>
      <w:r w:rsidRPr="006A0334">
        <w:rPr>
          <w:rFonts w:asciiTheme="majorHAnsi" w:hAnsiTheme="majorHAnsi" w:cstheme="majorHAnsi"/>
        </w:rPr>
        <w:t>Christ the Redeemer / Corcovado · Rio City Experience · Selected Cultural &amp; Historic Stops*</w:t>
      </w:r>
    </w:p>
    <w:tbl>
      <w:tblPr>
        <w:tblW w:w="0" w:type="auto"/>
        <w:jc w:val="center"/>
        <w:tblLook w:val="04A0" w:firstRow="1" w:lastRow="0" w:firstColumn="1" w:lastColumn="0" w:noHBand="0" w:noVBand="1"/>
      </w:tblPr>
      <w:tblGrid>
        <w:gridCol w:w="10282"/>
      </w:tblGrid>
      <w:tr w:rsidR="00273037" w:rsidRPr="006A0334" w14:paraId="2DF22962" w14:textId="77777777">
        <w:trPr>
          <w:jc w:val="center"/>
        </w:trPr>
        <w:tc>
          <w:tcPr>
            <w:tcW w:w="10282" w:type="dxa"/>
            <w:shd w:val="clear" w:color="auto" w:fill="F4D900"/>
            <w:tcMar>
              <w:top w:w="110" w:type="dxa"/>
              <w:left w:w="140" w:type="dxa"/>
              <w:bottom w:w="110" w:type="dxa"/>
              <w:right w:w="140" w:type="dxa"/>
            </w:tcMar>
          </w:tcPr>
          <w:p w14:paraId="354B89CC" w14:textId="77777777" w:rsidR="00273037" w:rsidRPr="006A0334" w:rsidRDefault="00000000">
            <w:pPr>
              <w:rPr>
                <w:rFonts w:asciiTheme="majorHAnsi" w:hAnsiTheme="majorHAnsi" w:cstheme="majorHAnsi"/>
              </w:rPr>
            </w:pPr>
            <w:r w:rsidRPr="006A0334">
              <w:rPr>
                <w:rFonts w:asciiTheme="majorHAnsi" w:hAnsiTheme="majorHAnsi" w:cstheme="majorHAnsi"/>
                <w:b/>
                <w:sz w:val="22"/>
              </w:rPr>
              <w:t>WEDNESDAY · JULY 28</w:t>
            </w:r>
          </w:p>
        </w:tc>
      </w:tr>
    </w:tbl>
    <w:p w14:paraId="3E2A5903" w14:textId="77777777" w:rsidR="00273037" w:rsidRPr="006A0334" w:rsidRDefault="00273037">
      <w:pPr>
        <w:spacing w:after="0"/>
        <w:rPr>
          <w:rFonts w:asciiTheme="majorHAnsi" w:hAnsiTheme="majorHAnsi" w:cstheme="majorHAnsi"/>
        </w:rPr>
      </w:pPr>
    </w:p>
    <w:p w14:paraId="79A59BB5" w14:textId="77777777" w:rsidR="00273037" w:rsidRPr="006A0334" w:rsidRDefault="00000000">
      <w:pPr>
        <w:rPr>
          <w:rFonts w:asciiTheme="majorHAnsi" w:hAnsiTheme="majorHAnsi" w:cstheme="majorHAnsi"/>
        </w:rPr>
      </w:pPr>
      <w:r w:rsidRPr="006A0334">
        <w:rPr>
          <w:rFonts w:asciiTheme="majorHAnsi" w:hAnsiTheme="majorHAnsi" w:cstheme="majorHAnsi"/>
          <w:b/>
          <w:sz w:val="24"/>
        </w:rPr>
        <w:t>BJJ &amp; CONNECTIONS</w:t>
      </w:r>
    </w:p>
    <w:p w14:paraId="572B11E4" w14:textId="57419D9C" w:rsidR="00273037" w:rsidRPr="006A0334" w:rsidRDefault="00000000" w:rsidP="006A0334">
      <w:pPr>
        <w:rPr>
          <w:rFonts w:asciiTheme="majorHAnsi" w:hAnsiTheme="majorHAnsi" w:cstheme="majorHAnsi"/>
        </w:rPr>
      </w:pPr>
      <w:r w:rsidRPr="006A0334">
        <w:rPr>
          <w:rFonts w:asciiTheme="majorHAnsi" w:hAnsiTheme="majorHAnsi" w:cstheme="majorHAnsi"/>
        </w:rPr>
        <w:t xml:space="preserve">BJJ · Technical Activities · Academy Connections · Free Time · Optional Rio </w:t>
      </w:r>
      <w:proofErr w:type="spellStart"/>
      <w:r w:rsidRPr="006A0334">
        <w:rPr>
          <w:rFonts w:asciiTheme="majorHAnsi" w:hAnsiTheme="majorHAnsi" w:cstheme="majorHAnsi"/>
        </w:rPr>
        <w:t>ExperiencesYOUR</w:t>
      </w:r>
      <w:proofErr w:type="spellEnd"/>
      <w:r w:rsidRPr="006A0334">
        <w:rPr>
          <w:rFonts w:asciiTheme="majorHAnsi" w:hAnsiTheme="majorHAnsi" w:cstheme="majorHAnsi"/>
        </w:rPr>
        <w:t xml:space="preserve"> BRAZIL TRIP WEEK — CONTINUED</w:t>
      </w:r>
    </w:p>
    <w:tbl>
      <w:tblPr>
        <w:tblW w:w="0" w:type="auto"/>
        <w:jc w:val="center"/>
        <w:tblLook w:val="04A0" w:firstRow="1" w:lastRow="0" w:firstColumn="1" w:lastColumn="0" w:noHBand="0" w:noVBand="1"/>
      </w:tblPr>
      <w:tblGrid>
        <w:gridCol w:w="10282"/>
      </w:tblGrid>
      <w:tr w:rsidR="00273037" w:rsidRPr="006A0334" w14:paraId="6194DA44" w14:textId="77777777">
        <w:trPr>
          <w:jc w:val="center"/>
        </w:trPr>
        <w:tc>
          <w:tcPr>
            <w:tcW w:w="10282" w:type="dxa"/>
            <w:shd w:val="clear" w:color="auto" w:fill="F4D900"/>
            <w:tcMar>
              <w:top w:w="110" w:type="dxa"/>
              <w:left w:w="140" w:type="dxa"/>
              <w:bottom w:w="110" w:type="dxa"/>
              <w:right w:w="140" w:type="dxa"/>
            </w:tcMar>
          </w:tcPr>
          <w:p w14:paraId="2A5A344B" w14:textId="77777777" w:rsidR="00273037" w:rsidRPr="006A0334" w:rsidRDefault="00000000">
            <w:pPr>
              <w:rPr>
                <w:rFonts w:asciiTheme="majorHAnsi" w:hAnsiTheme="majorHAnsi" w:cstheme="majorHAnsi"/>
              </w:rPr>
            </w:pPr>
            <w:r w:rsidRPr="006A0334">
              <w:rPr>
                <w:rFonts w:asciiTheme="majorHAnsi" w:hAnsiTheme="majorHAnsi" w:cstheme="majorHAnsi"/>
                <w:b/>
                <w:sz w:val="22"/>
              </w:rPr>
              <w:t>THURSDAY · JULY 29</w:t>
            </w:r>
          </w:p>
        </w:tc>
      </w:tr>
    </w:tbl>
    <w:p w14:paraId="26864550" w14:textId="77777777" w:rsidR="00273037" w:rsidRPr="006A0334" w:rsidRDefault="00273037">
      <w:pPr>
        <w:spacing w:after="0"/>
        <w:rPr>
          <w:rFonts w:asciiTheme="majorHAnsi" w:hAnsiTheme="majorHAnsi" w:cstheme="majorHAnsi"/>
        </w:rPr>
      </w:pPr>
    </w:p>
    <w:p w14:paraId="081DC30A" w14:textId="77777777" w:rsidR="00273037" w:rsidRPr="006A0334" w:rsidRDefault="00000000">
      <w:pPr>
        <w:rPr>
          <w:rFonts w:asciiTheme="majorHAnsi" w:hAnsiTheme="majorHAnsi" w:cstheme="majorHAnsi"/>
        </w:rPr>
      </w:pPr>
      <w:r w:rsidRPr="006A0334">
        <w:rPr>
          <w:rFonts w:asciiTheme="majorHAnsi" w:hAnsiTheme="majorHAnsi" w:cstheme="majorHAnsi"/>
          <w:b/>
          <w:sz w:val="24"/>
        </w:rPr>
        <w:t>LEGACY DAY</w:t>
      </w:r>
    </w:p>
    <w:p w14:paraId="78D01A37" w14:textId="77777777" w:rsidR="00273037" w:rsidRPr="006A0334" w:rsidRDefault="00000000">
      <w:pPr>
        <w:rPr>
          <w:rFonts w:asciiTheme="majorHAnsi" w:hAnsiTheme="majorHAnsi" w:cstheme="majorHAnsi"/>
        </w:rPr>
      </w:pPr>
      <w:r w:rsidRPr="006A0334">
        <w:rPr>
          <w:rFonts w:asciiTheme="majorHAnsi" w:hAnsiTheme="majorHAnsi" w:cstheme="majorHAnsi"/>
        </w:rPr>
        <w:t>Sugarloaf Mountain · Carlson Gracie Legacy Experience · BJJ Legacy &amp; Community*</w:t>
      </w:r>
    </w:p>
    <w:tbl>
      <w:tblPr>
        <w:tblW w:w="0" w:type="auto"/>
        <w:jc w:val="center"/>
        <w:tblLook w:val="04A0" w:firstRow="1" w:lastRow="0" w:firstColumn="1" w:lastColumn="0" w:noHBand="0" w:noVBand="1"/>
      </w:tblPr>
      <w:tblGrid>
        <w:gridCol w:w="10282"/>
      </w:tblGrid>
      <w:tr w:rsidR="00273037" w:rsidRPr="006A0334" w14:paraId="7CAA176C" w14:textId="77777777">
        <w:trPr>
          <w:jc w:val="center"/>
        </w:trPr>
        <w:tc>
          <w:tcPr>
            <w:tcW w:w="10282" w:type="dxa"/>
            <w:shd w:val="clear" w:color="auto" w:fill="F4D900"/>
            <w:tcMar>
              <w:top w:w="110" w:type="dxa"/>
              <w:left w:w="140" w:type="dxa"/>
              <w:bottom w:w="110" w:type="dxa"/>
              <w:right w:w="140" w:type="dxa"/>
            </w:tcMar>
          </w:tcPr>
          <w:p w14:paraId="628AAA09" w14:textId="77777777" w:rsidR="00273037" w:rsidRPr="006A0334" w:rsidRDefault="00000000">
            <w:pPr>
              <w:rPr>
                <w:rFonts w:asciiTheme="majorHAnsi" w:hAnsiTheme="majorHAnsi" w:cstheme="majorHAnsi"/>
              </w:rPr>
            </w:pPr>
            <w:r w:rsidRPr="006A0334">
              <w:rPr>
                <w:rFonts w:asciiTheme="majorHAnsi" w:hAnsiTheme="majorHAnsi" w:cstheme="majorHAnsi"/>
                <w:b/>
                <w:sz w:val="22"/>
              </w:rPr>
              <w:t>FRIDAY · JULY 30</w:t>
            </w:r>
          </w:p>
        </w:tc>
      </w:tr>
    </w:tbl>
    <w:p w14:paraId="2451899D" w14:textId="77777777" w:rsidR="00273037" w:rsidRPr="006A0334" w:rsidRDefault="00273037">
      <w:pPr>
        <w:spacing w:after="0"/>
        <w:rPr>
          <w:rFonts w:asciiTheme="majorHAnsi" w:hAnsiTheme="majorHAnsi" w:cstheme="majorHAnsi"/>
        </w:rPr>
      </w:pPr>
    </w:p>
    <w:p w14:paraId="67191DC8" w14:textId="77777777" w:rsidR="00273037" w:rsidRPr="006A0334" w:rsidRDefault="00000000">
      <w:pPr>
        <w:rPr>
          <w:rFonts w:asciiTheme="majorHAnsi" w:hAnsiTheme="majorHAnsi" w:cstheme="majorHAnsi"/>
        </w:rPr>
      </w:pPr>
      <w:r w:rsidRPr="006A0334">
        <w:rPr>
          <w:rFonts w:asciiTheme="majorHAnsi" w:hAnsiTheme="majorHAnsi" w:cstheme="majorHAnsi"/>
          <w:b/>
          <w:sz w:val="24"/>
        </w:rPr>
        <w:t>ONE MORE DAY TO REMEMBER</w:t>
      </w:r>
    </w:p>
    <w:p w14:paraId="49986204" w14:textId="77777777" w:rsidR="00273037" w:rsidRPr="006A0334" w:rsidRDefault="00000000">
      <w:pPr>
        <w:rPr>
          <w:rFonts w:asciiTheme="majorHAnsi" w:hAnsiTheme="majorHAnsi" w:cstheme="majorHAnsi"/>
        </w:rPr>
      </w:pPr>
      <w:r w:rsidRPr="006A0334">
        <w:rPr>
          <w:rFonts w:asciiTheme="majorHAnsi" w:hAnsiTheme="majorHAnsi" w:cstheme="majorHAnsi"/>
        </w:rPr>
        <w:t>Final BJJ &amp; Community Moments · Free Time · Farewell Experiences · Boat Backup Window if operationally required*</w:t>
      </w:r>
    </w:p>
    <w:tbl>
      <w:tblPr>
        <w:tblW w:w="0" w:type="auto"/>
        <w:jc w:val="center"/>
        <w:tblLook w:val="04A0" w:firstRow="1" w:lastRow="0" w:firstColumn="1" w:lastColumn="0" w:noHBand="0" w:noVBand="1"/>
      </w:tblPr>
      <w:tblGrid>
        <w:gridCol w:w="10282"/>
      </w:tblGrid>
      <w:tr w:rsidR="00273037" w:rsidRPr="006A0334" w14:paraId="52B02313" w14:textId="77777777">
        <w:trPr>
          <w:jc w:val="center"/>
        </w:trPr>
        <w:tc>
          <w:tcPr>
            <w:tcW w:w="10282" w:type="dxa"/>
            <w:shd w:val="clear" w:color="auto" w:fill="F4D900"/>
            <w:tcMar>
              <w:top w:w="110" w:type="dxa"/>
              <w:left w:w="140" w:type="dxa"/>
              <w:bottom w:w="110" w:type="dxa"/>
              <w:right w:w="140" w:type="dxa"/>
            </w:tcMar>
          </w:tcPr>
          <w:p w14:paraId="75F4FD8E" w14:textId="77777777" w:rsidR="00273037" w:rsidRPr="006A0334" w:rsidRDefault="00000000">
            <w:pPr>
              <w:rPr>
                <w:rFonts w:asciiTheme="majorHAnsi" w:hAnsiTheme="majorHAnsi" w:cstheme="majorHAnsi"/>
              </w:rPr>
            </w:pPr>
            <w:r w:rsidRPr="006A0334">
              <w:rPr>
                <w:rFonts w:asciiTheme="majorHAnsi" w:hAnsiTheme="majorHAnsi" w:cstheme="majorHAnsi"/>
                <w:b/>
                <w:sz w:val="22"/>
              </w:rPr>
              <w:t>SATURDAY · JULY 31</w:t>
            </w:r>
          </w:p>
        </w:tc>
      </w:tr>
    </w:tbl>
    <w:p w14:paraId="4A3E7EB9" w14:textId="77777777" w:rsidR="00273037" w:rsidRPr="006A0334" w:rsidRDefault="00273037">
      <w:pPr>
        <w:spacing w:after="0"/>
        <w:rPr>
          <w:rFonts w:asciiTheme="majorHAnsi" w:hAnsiTheme="majorHAnsi" w:cstheme="majorHAnsi"/>
        </w:rPr>
      </w:pPr>
    </w:p>
    <w:p w14:paraId="5A904B7C" w14:textId="77777777" w:rsidR="00273037" w:rsidRPr="006A0334" w:rsidRDefault="00000000">
      <w:pPr>
        <w:rPr>
          <w:rFonts w:asciiTheme="majorHAnsi" w:hAnsiTheme="majorHAnsi" w:cstheme="majorHAnsi"/>
        </w:rPr>
      </w:pPr>
      <w:r w:rsidRPr="006A0334">
        <w:rPr>
          <w:rFonts w:asciiTheme="majorHAnsi" w:hAnsiTheme="majorHAnsi" w:cstheme="majorHAnsi"/>
          <w:b/>
          <w:sz w:val="24"/>
        </w:rPr>
        <w:t>SEE YOU AGAIN</w:t>
      </w:r>
    </w:p>
    <w:p w14:paraId="6CACAA70" w14:textId="77777777" w:rsidR="00273037" w:rsidRPr="006A0334" w:rsidRDefault="00000000">
      <w:pPr>
        <w:rPr>
          <w:rFonts w:asciiTheme="majorHAnsi" w:hAnsiTheme="majorHAnsi" w:cstheme="majorHAnsi"/>
        </w:rPr>
      </w:pPr>
      <w:r w:rsidRPr="006A0334">
        <w:rPr>
          <w:rFonts w:asciiTheme="majorHAnsi" w:hAnsiTheme="majorHAnsi" w:cstheme="majorHAnsi"/>
        </w:rPr>
        <w:t>Breakfast · Check-Out · Official Departure Transfers · Departures</w:t>
      </w:r>
    </w:p>
    <w:p w14:paraId="007FA423" w14:textId="72047FB6" w:rsidR="00273037" w:rsidRDefault="00000000">
      <w:pPr>
        <w:rPr>
          <w:rFonts w:asciiTheme="majorHAnsi" w:hAnsiTheme="majorHAnsi" w:cstheme="majorHAnsi"/>
          <w:color w:val="5A5A5A"/>
          <w:sz w:val="17"/>
        </w:rPr>
      </w:pPr>
      <w:r w:rsidRPr="006A0334">
        <w:rPr>
          <w:rFonts w:asciiTheme="majorHAnsi" w:hAnsiTheme="majorHAnsi" w:cstheme="majorHAnsi"/>
          <w:color w:val="5A5A5A"/>
          <w:sz w:val="17"/>
        </w:rPr>
        <w:t>*The published program is the intended experience. Sequence, times, routes, venues and individual activities may be reasonably adjusted due to weather, safety, supplier availability, traffic, local restrictions or other operational circumstances. Final daily meeting times will be communicated through the official participant channels.</w:t>
      </w:r>
    </w:p>
    <w:p w14:paraId="0960F806" w14:textId="77777777" w:rsidR="006A0334" w:rsidRPr="006A0334" w:rsidRDefault="006A0334">
      <w:pPr>
        <w:rPr>
          <w:rFonts w:asciiTheme="majorHAnsi" w:hAnsiTheme="majorHAnsi" w:cstheme="majorHAnsi"/>
        </w:rPr>
      </w:pPr>
    </w:p>
    <w:p w14:paraId="3BC88FB5"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LIVING RIO</w:t>
      </w:r>
    </w:p>
    <w:p w14:paraId="183DE70D"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THE BJJ EXPERIENCE</w:t>
      </w:r>
    </w:p>
    <w:p w14:paraId="19D5A9ED"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The mats bring us together.</w:t>
      </w:r>
    </w:p>
    <w:p w14:paraId="34E4B886" w14:textId="77777777" w:rsidR="00273037" w:rsidRPr="006A0334" w:rsidRDefault="00273037">
      <w:pPr>
        <w:rPr>
          <w:rFonts w:asciiTheme="majorHAnsi" w:hAnsiTheme="majorHAnsi" w:cstheme="majorHAnsi"/>
        </w:rPr>
      </w:pPr>
    </w:p>
    <w:p w14:paraId="4587B4D6" w14:textId="77777777" w:rsidR="00273037" w:rsidRPr="006A0334" w:rsidRDefault="00000000">
      <w:pPr>
        <w:rPr>
          <w:rFonts w:asciiTheme="majorHAnsi" w:hAnsiTheme="majorHAnsi" w:cstheme="majorHAnsi"/>
        </w:rPr>
      </w:pPr>
      <w:r w:rsidRPr="006A0334">
        <w:rPr>
          <w:rFonts w:asciiTheme="majorHAnsi" w:hAnsiTheme="majorHAnsi" w:cstheme="majorHAnsi"/>
        </w:rPr>
        <w:t>Brazilian Jiu-Jitsu is the thread that connects the Brazil Trip — its history, its people, its academies and its generations.</w:t>
      </w:r>
    </w:p>
    <w:p w14:paraId="02314C83" w14:textId="77777777" w:rsidR="00273037" w:rsidRPr="006A0334" w:rsidRDefault="00000000">
      <w:pPr>
        <w:pStyle w:val="Ttulo2"/>
        <w:rPr>
          <w:rFonts w:cstheme="majorHAnsi"/>
        </w:rPr>
      </w:pPr>
      <w:r w:rsidRPr="006A0334">
        <w:rPr>
          <w:rFonts w:cstheme="majorHAnsi"/>
        </w:rPr>
        <w:t>ON THE MATS</w:t>
      </w:r>
    </w:p>
    <w:p w14:paraId="3850FE1B"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Arrive at the communicated meeting time.</w:t>
      </w:r>
    </w:p>
    <w:p w14:paraId="1631145A"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Bring the required training gear for the session.</w:t>
      </w:r>
    </w:p>
    <w:p w14:paraId="73E67032"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lastRenderedPageBreak/>
        <w:t>Follow the academy's hygiene, etiquette and safety rules.</w:t>
      </w:r>
    </w:p>
    <w:p w14:paraId="6A6B3482"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Respect instructors, training partners, staff and the local academy community.</w:t>
      </w:r>
    </w:p>
    <w:p w14:paraId="2DCA534B"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If you are not participating in a particular training session, follow the guidance provided for non-training guests.</w:t>
      </w:r>
    </w:p>
    <w:p w14:paraId="45EA2595" w14:textId="77777777" w:rsidR="00273037" w:rsidRPr="006A0334" w:rsidRDefault="00000000">
      <w:pPr>
        <w:pStyle w:val="Ttulo2"/>
        <w:rPr>
          <w:rFonts w:cstheme="majorHAnsi"/>
        </w:rPr>
      </w:pPr>
      <w:r w:rsidRPr="006A0334">
        <w:rPr>
          <w:rFonts w:cstheme="majorHAnsi"/>
        </w:rPr>
        <w:t>OFF THE MATS</w:t>
      </w:r>
    </w:p>
    <w:p w14:paraId="42B0ADF4" w14:textId="77777777" w:rsidR="00273037" w:rsidRPr="006A0334" w:rsidRDefault="00000000">
      <w:pPr>
        <w:rPr>
          <w:rFonts w:asciiTheme="majorHAnsi" w:hAnsiTheme="majorHAnsi" w:cstheme="majorHAnsi"/>
        </w:rPr>
      </w:pPr>
      <w:r w:rsidRPr="006A0334">
        <w:rPr>
          <w:rFonts w:asciiTheme="majorHAnsi" w:hAnsiTheme="majorHAnsi" w:cstheme="majorHAnsi"/>
        </w:rPr>
        <w:t>Some of the most meaningful BJJ experiences happen between sessions: conversations, friendships, academy visits, shared meals and the chance to understand the people and history behind the art.</w:t>
      </w:r>
    </w:p>
    <w:tbl>
      <w:tblPr>
        <w:tblW w:w="0" w:type="auto"/>
        <w:jc w:val="center"/>
        <w:tblLook w:val="04A0" w:firstRow="1" w:lastRow="0" w:firstColumn="1" w:lastColumn="0" w:noHBand="0" w:noVBand="1"/>
      </w:tblPr>
      <w:tblGrid>
        <w:gridCol w:w="10282"/>
      </w:tblGrid>
      <w:tr w:rsidR="00273037" w:rsidRPr="006A0334" w14:paraId="31E92FBA" w14:textId="77777777">
        <w:trPr>
          <w:jc w:val="center"/>
        </w:trPr>
        <w:tc>
          <w:tcPr>
            <w:tcW w:w="10282" w:type="dxa"/>
            <w:shd w:val="clear" w:color="auto" w:fill="F6F6F4"/>
            <w:tcMar>
              <w:top w:w="160" w:type="dxa"/>
              <w:left w:w="180" w:type="dxa"/>
              <w:bottom w:w="160" w:type="dxa"/>
              <w:right w:w="180" w:type="dxa"/>
            </w:tcMar>
          </w:tcPr>
          <w:p w14:paraId="0F0E47E7"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26"/>
              </w:rPr>
              <w:t>THE MATS BRING US TOGETHER. THE COMMUNITY MAKES THE JOURNEY.</w:t>
            </w:r>
          </w:p>
        </w:tc>
      </w:tr>
    </w:tbl>
    <w:p w14:paraId="6B2420F7" w14:textId="2E1C8788" w:rsidR="00273037" w:rsidRPr="006A0334" w:rsidRDefault="00273037">
      <w:pPr>
        <w:rPr>
          <w:rFonts w:asciiTheme="majorHAnsi" w:hAnsiTheme="majorHAnsi" w:cstheme="majorHAnsi"/>
        </w:rPr>
      </w:pPr>
    </w:p>
    <w:p w14:paraId="641185E2"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LEGACY</w:t>
      </w:r>
    </w:p>
    <w:p w14:paraId="0F4A2D82"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MASTER TOCO</w:t>
      </w:r>
    </w:p>
    <w:p w14:paraId="2BC0981D"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A legacy across generations.</w:t>
      </w:r>
    </w:p>
    <w:p w14:paraId="169859BE" w14:textId="77777777" w:rsidR="00273037" w:rsidRPr="006A0334" w:rsidRDefault="00273037">
      <w:pPr>
        <w:rPr>
          <w:rFonts w:asciiTheme="majorHAnsi" w:hAnsiTheme="majorHAnsi" w:cstheme="majorHAnsi"/>
        </w:rPr>
      </w:pPr>
    </w:p>
    <w:p w14:paraId="6DB79341" w14:textId="77777777" w:rsidR="00273037" w:rsidRPr="006A0334" w:rsidRDefault="00000000">
      <w:pPr>
        <w:rPr>
          <w:rFonts w:asciiTheme="majorHAnsi" w:hAnsiTheme="majorHAnsi" w:cstheme="majorHAnsi"/>
        </w:rPr>
      </w:pPr>
      <w:r w:rsidRPr="006A0334">
        <w:rPr>
          <w:rFonts w:asciiTheme="majorHAnsi" w:hAnsiTheme="majorHAnsi" w:cstheme="majorHAnsi"/>
        </w:rPr>
        <w:t>The Brazil Trip celebrates the living connection between Brazilian Jiu-Jitsu's roots and the generations carrying that legacy forward.</w:t>
      </w:r>
    </w:p>
    <w:p w14:paraId="36991E86" w14:textId="77777777" w:rsidR="00273037" w:rsidRPr="006A0334" w:rsidRDefault="00000000">
      <w:pPr>
        <w:pStyle w:val="Ttulo1"/>
        <w:rPr>
          <w:rFonts w:cstheme="majorHAnsi"/>
        </w:rPr>
      </w:pPr>
      <w:r w:rsidRPr="006A0334">
        <w:rPr>
          <w:rFonts w:cstheme="majorHAnsi"/>
        </w:rPr>
        <w:t>MASTER TOCO CORAL BELT CELEBRATION</w:t>
      </w:r>
    </w:p>
    <w:p w14:paraId="2B34C28A" w14:textId="77777777" w:rsidR="00273037" w:rsidRPr="006A0334" w:rsidRDefault="00000000">
      <w:pPr>
        <w:rPr>
          <w:rFonts w:asciiTheme="majorHAnsi" w:hAnsiTheme="majorHAnsi" w:cstheme="majorHAnsi"/>
        </w:rPr>
      </w:pPr>
      <w:r w:rsidRPr="006A0334">
        <w:rPr>
          <w:rFonts w:asciiTheme="majorHAnsi" w:hAnsiTheme="majorHAnsi" w:cstheme="majorHAnsi"/>
        </w:rPr>
        <w:t>A special moment honoring Master Francisco “Toco” Albuquerque, his journey, his legacy and the generations connected through Brazilian Jiu-Jitsu.</w:t>
      </w:r>
    </w:p>
    <w:tbl>
      <w:tblPr>
        <w:tblW w:w="0" w:type="auto"/>
        <w:jc w:val="center"/>
        <w:tblLook w:val="04A0" w:firstRow="1" w:lastRow="0" w:firstColumn="1" w:lastColumn="0" w:noHBand="0" w:noVBand="1"/>
      </w:tblPr>
      <w:tblGrid>
        <w:gridCol w:w="10282"/>
      </w:tblGrid>
      <w:tr w:rsidR="00273037" w:rsidRPr="006A0334" w14:paraId="096D548B" w14:textId="77777777">
        <w:trPr>
          <w:jc w:val="center"/>
        </w:trPr>
        <w:tc>
          <w:tcPr>
            <w:tcW w:w="10282" w:type="dxa"/>
            <w:shd w:val="clear" w:color="auto" w:fill="F6F6F4"/>
            <w:tcMar>
              <w:top w:w="160" w:type="dxa"/>
              <w:left w:w="180" w:type="dxa"/>
              <w:bottom w:w="160" w:type="dxa"/>
              <w:right w:w="180" w:type="dxa"/>
            </w:tcMar>
          </w:tcPr>
          <w:p w14:paraId="2217E307"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26"/>
              </w:rPr>
              <w:t>BACK TO OUR ROOTS. FORWARD TO THE NEXT GENERATION.</w:t>
            </w:r>
          </w:p>
        </w:tc>
      </w:tr>
    </w:tbl>
    <w:p w14:paraId="42511989" w14:textId="77777777" w:rsidR="00273037" w:rsidRPr="006A0334" w:rsidRDefault="00273037">
      <w:pPr>
        <w:spacing w:after="0"/>
        <w:rPr>
          <w:rFonts w:asciiTheme="majorHAnsi" w:hAnsiTheme="majorHAnsi" w:cstheme="majorHAnsi"/>
        </w:rPr>
      </w:pPr>
    </w:p>
    <w:tbl>
      <w:tblPr>
        <w:tblW w:w="0" w:type="auto"/>
        <w:jc w:val="center"/>
        <w:tblLook w:val="04A0" w:firstRow="1" w:lastRow="0" w:firstColumn="1" w:lastColumn="0" w:noHBand="0" w:noVBand="1"/>
      </w:tblPr>
      <w:tblGrid>
        <w:gridCol w:w="10282"/>
      </w:tblGrid>
      <w:tr w:rsidR="00273037" w:rsidRPr="006A0334" w14:paraId="00DDA698" w14:textId="77777777">
        <w:trPr>
          <w:jc w:val="center"/>
        </w:trPr>
        <w:tc>
          <w:tcPr>
            <w:tcW w:w="10282" w:type="dxa"/>
            <w:shd w:val="clear" w:color="auto" w:fill="FFF8CC"/>
            <w:tcMar>
              <w:top w:w="110" w:type="dxa"/>
              <w:left w:w="140" w:type="dxa"/>
              <w:bottom w:w="110" w:type="dxa"/>
              <w:right w:w="140" w:type="dxa"/>
            </w:tcMar>
          </w:tcPr>
          <w:p w14:paraId="3C4D69B9" w14:textId="77777777" w:rsidR="00273037" w:rsidRPr="006A0334" w:rsidRDefault="00000000">
            <w:pPr>
              <w:jc w:val="center"/>
              <w:rPr>
                <w:rFonts w:asciiTheme="majorHAnsi" w:hAnsiTheme="majorHAnsi" w:cstheme="majorHAnsi"/>
              </w:rPr>
            </w:pPr>
            <w:r w:rsidRPr="006A0334">
              <w:rPr>
                <w:rFonts w:asciiTheme="majorHAnsi" w:hAnsiTheme="majorHAnsi" w:cstheme="majorHAnsi"/>
                <w:b/>
                <w:sz w:val="22"/>
              </w:rPr>
              <w:t>OFFICIAL DATE AND VENUE TO BE ANNOUNCED</w:t>
            </w:r>
          </w:p>
        </w:tc>
      </w:tr>
    </w:tbl>
    <w:p w14:paraId="524CB42A" w14:textId="77777777" w:rsidR="00273037" w:rsidRPr="006A0334" w:rsidRDefault="00273037">
      <w:pPr>
        <w:spacing w:after="0"/>
        <w:rPr>
          <w:rFonts w:asciiTheme="majorHAnsi" w:hAnsiTheme="majorHAnsi" w:cstheme="majorHAnsi"/>
        </w:rPr>
      </w:pPr>
    </w:p>
    <w:p w14:paraId="683640E9" w14:textId="04652010" w:rsidR="006A0334" w:rsidRDefault="00000000">
      <w:pPr>
        <w:rPr>
          <w:rFonts w:asciiTheme="majorHAnsi" w:hAnsiTheme="majorHAnsi" w:cstheme="majorHAnsi"/>
        </w:rPr>
      </w:pPr>
      <w:r w:rsidRPr="006A0334">
        <w:rPr>
          <w:rFonts w:asciiTheme="majorHAnsi" w:hAnsiTheme="majorHAnsi" w:cstheme="majorHAnsi"/>
        </w:rPr>
        <w:t>The celebration will take place during the official Brazil Trip week. Final date, venue, meeting arrangements and any specific attire guidance will be communicated through the official participant channels.</w:t>
      </w:r>
    </w:p>
    <w:p w14:paraId="2730D600" w14:textId="77777777" w:rsidR="006A0334" w:rsidRPr="006A0334" w:rsidRDefault="006A0334">
      <w:pPr>
        <w:rPr>
          <w:rFonts w:asciiTheme="majorHAnsi" w:hAnsiTheme="majorHAnsi" w:cstheme="majorHAnsi"/>
        </w:rPr>
      </w:pPr>
    </w:p>
    <w:p w14:paraId="2B382BBC"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LIVING RIO</w:t>
      </w:r>
    </w:p>
    <w:p w14:paraId="24F28C30"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THE RIO EXPERIENCE</w:t>
      </w:r>
    </w:p>
    <w:p w14:paraId="07F8CC75"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See the icons. Feel the city. Understand the story.</w:t>
      </w:r>
    </w:p>
    <w:p w14:paraId="6EC84EC3" w14:textId="77777777" w:rsidR="00273037" w:rsidRPr="006A0334" w:rsidRDefault="00273037">
      <w:pPr>
        <w:rPr>
          <w:rFonts w:asciiTheme="majorHAnsi" w:hAnsiTheme="majorHAnsi" w:cstheme="majorHAnsi"/>
        </w:rPr>
      </w:pPr>
    </w:p>
    <w:p w14:paraId="158279C4" w14:textId="77777777" w:rsidR="00273037" w:rsidRPr="006A0334" w:rsidRDefault="00000000">
      <w:pPr>
        <w:pStyle w:val="Ttulo2"/>
        <w:rPr>
          <w:rFonts w:cstheme="majorHAnsi"/>
        </w:rPr>
      </w:pPr>
      <w:r w:rsidRPr="006A0334">
        <w:rPr>
          <w:rFonts w:cstheme="majorHAnsi"/>
        </w:rPr>
        <w:lastRenderedPageBreak/>
        <w:t>CHRIST THE REDEEMER / CORCOVADO</w:t>
      </w:r>
    </w:p>
    <w:p w14:paraId="49860F79" w14:textId="77777777" w:rsidR="00273037" w:rsidRPr="006A0334" w:rsidRDefault="00000000">
      <w:pPr>
        <w:rPr>
          <w:rFonts w:asciiTheme="majorHAnsi" w:hAnsiTheme="majorHAnsi" w:cstheme="majorHAnsi"/>
        </w:rPr>
      </w:pPr>
      <w:r w:rsidRPr="006A0334">
        <w:rPr>
          <w:rFonts w:asciiTheme="majorHAnsi" w:hAnsiTheme="majorHAnsi" w:cstheme="majorHAnsi"/>
        </w:rPr>
        <w:t>One of Rio's defining experiences and an unforgettable view over the city.</w:t>
      </w:r>
    </w:p>
    <w:p w14:paraId="370C626F" w14:textId="77777777" w:rsidR="00273037" w:rsidRPr="006A0334" w:rsidRDefault="00000000">
      <w:pPr>
        <w:pStyle w:val="Ttulo2"/>
        <w:rPr>
          <w:rFonts w:cstheme="majorHAnsi"/>
        </w:rPr>
      </w:pPr>
      <w:r w:rsidRPr="006A0334">
        <w:rPr>
          <w:rFonts w:cstheme="majorHAnsi"/>
        </w:rPr>
        <w:t>RIO CITY EXPERIENCE</w:t>
      </w:r>
    </w:p>
    <w:p w14:paraId="71290F1E" w14:textId="77777777" w:rsidR="00273037" w:rsidRPr="006A0334" w:rsidRDefault="00000000">
      <w:pPr>
        <w:rPr>
          <w:rFonts w:asciiTheme="majorHAnsi" w:hAnsiTheme="majorHAnsi" w:cstheme="majorHAnsi"/>
        </w:rPr>
      </w:pPr>
      <w:r w:rsidRPr="006A0334">
        <w:rPr>
          <w:rFonts w:asciiTheme="majorHAnsi" w:hAnsiTheme="majorHAnsi" w:cstheme="majorHAnsi"/>
        </w:rPr>
        <w:t>A curated introduction to the neighborhoods, streets, architecture, culture and atmosphere that make Rio unique.</w:t>
      </w:r>
    </w:p>
    <w:p w14:paraId="4F35E716" w14:textId="77777777" w:rsidR="00273037" w:rsidRPr="006A0334" w:rsidRDefault="00000000">
      <w:pPr>
        <w:pStyle w:val="Ttulo2"/>
        <w:rPr>
          <w:rFonts w:cstheme="majorHAnsi"/>
        </w:rPr>
      </w:pPr>
      <w:r w:rsidRPr="006A0334">
        <w:rPr>
          <w:rFonts w:cstheme="majorHAnsi"/>
        </w:rPr>
        <w:t>SUGARLOAF MOUNTAIN</w:t>
      </w:r>
    </w:p>
    <w:p w14:paraId="61EF1420" w14:textId="77777777" w:rsidR="00273037" w:rsidRPr="006A0334" w:rsidRDefault="00000000">
      <w:pPr>
        <w:rPr>
          <w:rFonts w:asciiTheme="majorHAnsi" w:hAnsiTheme="majorHAnsi" w:cstheme="majorHAnsi"/>
        </w:rPr>
      </w:pPr>
      <w:r w:rsidRPr="006A0334">
        <w:rPr>
          <w:rFonts w:asciiTheme="majorHAnsi" w:hAnsiTheme="majorHAnsi" w:cstheme="majorHAnsi"/>
        </w:rPr>
        <w:t>A classic Rio perspective connecting Guanabara Bay, the coastline and the city's dramatic landscape.</w:t>
      </w:r>
    </w:p>
    <w:p w14:paraId="2BE4075D" w14:textId="77777777" w:rsidR="00273037" w:rsidRPr="006A0334" w:rsidRDefault="00000000">
      <w:pPr>
        <w:pStyle w:val="Ttulo2"/>
        <w:rPr>
          <w:rFonts w:cstheme="majorHAnsi"/>
        </w:rPr>
      </w:pPr>
      <w:r w:rsidRPr="006A0334">
        <w:rPr>
          <w:rFonts w:cstheme="majorHAnsi"/>
        </w:rPr>
        <w:t>CARLSON GRACIE LEGACY EXPERIENCE</w:t>
      </w:r>
    </w:p>
    <w:p w14:paraId="65FB384D" w14:textId="77777777" w:rsidR="00273037" w:rsidRPr="006A0334" w:rsidRDefault="00000000">
      <w:pPr>
        <w:rPr>
          <w:rFonts w:asciiTheme="majorHAnsi" w:hAnsiTheme="majorHAnsi" w:cstheme="majorHAnsi"/>
        </w:rPr>
      </w:pPr>
      <w:r w:rsidRPr="006A0334">
        <w:rPr>
          <w:rFonts w:asciiTheme="majorHAnsi" w:hAnsiTheme="majorHAnsi" w:cstheme="majorHAnsi"/>
        </w:rPr>
        <w:t>A moment connecting the Brazil Trip to an essential chapter in the history and lineage of Brazilian Jiu-Jitsu.</w:t>
      </w:r>
    </w:p>
    <w:p w14:paraId="71ABC0AE" w14:textId="77777777" w:rsidR="00273037" w:rsidRPr="006A0334" w:rsidRDefault="00000000">
      <w:pPr>
        <w:pStyle w:val="Ttulo2"/>
        <w:rPr>
          <w:rFonts w:cstheme="majorHAnsi"/>
        </w:rPr>
      </w:pPr>
      <w:r w:rsidRPr="006A0334">
        <w:rPr>
          <w:rFonts w:cstheme="majorHAnsi"/>
        </w:rPr>
        <w:t>PRIVATE BOAT EXPERIENCE</w:t>
      </w:r>
    </w:p>
    <w:p w14:paraId="650BC3D4" w14:textId="77777777" w:rsidR="00273037" w:rsidRPr="006A0334" w:rsidRDefault="00000000">
      <w:pPr>
        <w:rPr>
          <w:rFonts w:asciiTheme="majorHAnsi" w:hAnsiTheme="majorHAnsi" w:cstheme="majorHAnsi"/>
        </w:rPr>
      </w:pPr>
      <w:r w:rsidRPr="006A0334">
        <w:rPr>
          <w:rFonts w:asciiTheme="majorHAnsi" w:hAnsiTheme="majorHAnsi" w:cstheme="majorHAnsi"/>
        </w:rPr>
        <w:t>Time together on the water — Rio from a different perspective, subject to weather, sea and safety conditions.</w:t>
      </w:r>
    </w:p>
    <w:p w14:paraId="1C15A3B7" w14:textId="505073B9" w:rsidR="00273037" w:rsidRDefault="00000000">
      <w:pPr>
        <w:rPr>
          <w:rFonts w:asciiTheme="majorHAnsi" w:hAnsiTheme="majorHAnsi" w:cstheme="majorHAnsi"/>
        </w:rPr>
      </w:pPr>
      <w:r w:rsidRPr="006A0334">
        <w:rPr>
          <w:rFonts w:asciiTheme="majorHAnsi" w:hAnsiTheme="majorHAnsi" w:cstheme="majorHAnsi"/>
        </w:rPr>
        <w:t>Admissions and ground transportation for official included activities are provided as specified in the applicable package conditions.</w:t>
      </w:r>
    </w:p>
    <w:p w14:paraId="3F957132" w14:textId="77777777" w:rsidR="006A0334" w:rsidRPr="006A0334" w:rsidRDefault="006A0334">
      <w:pPr>
        <w:rPr>
          <w:rFonts w:asciiTheme="majorHAnsi" w:hAnsiTheme="majorHAnsi" w:cstheme="majorHAnsi"/>
        </w:rPr>
      </w:pPr>
    </w:p>
    <w:p w14:paraId="05366C64"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YOUR RIO</w:t>
      </w:r>
    </w:p>
    <w:p w14:paraId="13E8E1B1"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YOUR TIME. YOUR RIO.</w:t>
      </w:r>
    </w:p>
    <w:p w14:paraId="682700F7"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Not every great memory needs to be scheduled.</w:t>
      </w:r>
    </w:p>
    <w:p w14:paraId="3B5CF061" w14:textId="77777777" w:rsidR="00273037" w:rsidRPr="006A0334" w:rsidRDefault="00273037">
      <w:pPr>
        <w:rPr>
          <w:rFonts w:asciiTheme="majorHAnsi" w:hAnsiTheme="majorHAnsi" w:cstheme="majorHAnsi"/>
        </w:rPr>
      </w:pPr>
    </w:p>
    <w:p w14:paraId="777E7B3F" w14:textId="77777777" w:rsidR="00273037" w:rsidRPr="006A0334" w:rsidRDefault="00000000">
      <w:pPr>
        <w:rPr>
          <w:rFonts w:asciiTheme="majorHAnsi" w:hAnsiTheme="majorHAnsi" w:cstheme="majorHAnsi"/>
        </w:rPr>
      </w:pPr>
      <w:r w:rsidRPr="006A0334">
        <w:rPr>
          <w:rFonts w:asciiTheme="majorHAnsi" w:hAnsiTheme="majorHAnsi" w:cstheme="majorHAnsi"/>
        </w:rPr>
        <w:t>We designed the Brazil Trip to give you unforgettable experiences together — and time to create your own.</w:t>
      </w:r>
    </w:p>
    <w:p w14:paraId="4A4B2110" w14:textId="77777777" w:rsidR="00273037" w:rsidRPr="006A0334" w:rsidRDefault="00000000">
      <w:pPr>
        <w:rPr>
          <w:rFonts w:asciiTheme="majorHAnsi" w:hAnsiTheme="majorHAnsi" w:cstheme="majorHAnsi"/>
        </w:rPr>
      </w:pPr>
      <w:r w:rsidRPr="006A0334">
        <w:rPr>
          <w:rFonts w:asciiTheme="majorHAnsi" w:hAnsiTheme="majorHAnsi" w:cstheme="majorHAnsi"/>
        </w:rPr>
        <w:t>Walk along the beach. Have a long lunch. Discover a neighborhood. Meet friends. Watch the sunset. Try something new. Or simply slow down and enjoy being in Rio.</w:t>
      </w:r>
    </w:p>
    <w:tbl>
      <w:tblPr>
        <w:tblW w:w="0" w:type="auto"/>
        <w:jc w:val="center"/>
        <w:tblLook w:val="04A0" w:firstRow="1" w:lastRow="0" w:firstColumn="1" w:lastColumn="0" w:noHBand="0" w:noVBand="1"/>
      </w:tblPr>
      <w:tblGrid>
        <w:gridCol w:w="10282"/>
      </w:tblGrid>
      <w:tr w:rsidR="00273037" w:rsidRPr="006A0334" w14:paraId="1F3E1A83" w14:textId="77777777">
        <w:trPr>
          <w:jc w:val="center"/>
        </w:trPr>
        <w:tc>
          <w:tcPr>
            <w:tcW w:w="10282" w:type="dxa"/>
            <w:shd w:val="clear" w:color="auto" w:fill="F6F6F4"/>
            <w:tcMar>
              <w:top w:w="160" w:type="dxa"/>
              <w:left w:w="180" w:type="dxa"/>
              <w:bottom w:w="160" w:type="dxa"/>
              <w:right w:w="180" w:type="dxa"/>
            </w:tcMar>
          </w:tcPr>
          <w:p w14:paraId="3F404259"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26"/>
              </w:rPr>
              <w:t xml:space="preserve">DON'T JUST </w:t>
            </w:r>
            <w:proofErr w:type="gramStart"/>
            <w:r w:rsidRPr="006A0334">
              <w:rPr>
                <w:rFonts w:asciiTheme="majorHAnsi" w:hAnsiTheme="majorHAnsi" w:cstheme="majorHAnsi"/>
                <w:b/>
                <w:color w:val="172033"/>
                <w:sz w:val="26"/>
              </w:rPr>
              <w:t>SEARCH</w:t>
            </w:r>
            <w:proofErr w:type="gramEnd"/>
            <w:r w:rsidRPr="006A0334">
              <w:rPr>
                <w:rFonts w:asciiTheme="majorHAnsi" w:hAnsiTheme="majorHAnsi" w:cstheme="majorHAnsi"/>
                <w:b/>
                <w:color w:val="172033"/>
                <w:sz w:val="26"/>
              </w:rPr>
              <w:t xml:space="preserve"> RIO. ASK SOMEONE WHO KNOWS IT.</w:t>
            </w:r>
          </w:p>
        </w:tc>
      </w:tr>
    </w:tbl>
    <w:p w14:paraId="2C8BE6B0" w14:textId="77777777" w:rsidR="00273037" w:rsidRPr="006A0334" w:rsidRDefault="00273037">
      <w:pPr>
        <w:spacing w:after="0"/>
        <w:rPr>
          <w:rFonts w:asciiTheme="majorHAnsi" w:hAnsiTheme="majorHAnsi" w:cstheme="majorHAnsi"/>
        </w:rPr>
      </w:pPr>
    </w:p>
    <w:p w14:paraId="244CF415" w14:textId="06018C03" w:rsidR="00273037" w:rsidRDefault="00000000">
      <w:pPr>
        <w:rPr>
          <w:rFonts w:asciiTheme="majorHAnsi" w:hAnsiTheme="majorHAnsi" w:cstheme="majorHAnsi"/>
        </w:rPr>
      </w:pPr>
      <w:r w:rsidRPr="006A0334">
        <w:rPr>
          <w:rFonts w:asciiTheme="majorHAnsi" w:hAnsiTheme="majorHAnsi" w:cstheme="majorHAnsi"/>
        </w:rPr>
        <w:t>Carioca21 is your local connection for ideas, reservations, transportation, optional experiences and personalized arrangements during the official stay.</w:t>
      </w:r>
    </w:p>
    <w:p w14:paraId="34C3C7F5" w14:textId="77777777" w:rsidR="006A0334" w:rsidRPr="006A0334" w:rsidRDefault="006A0334">
      <w:pPr>
        <w:rPr>
          <w:rFonts w:asciiTheme="majorHAnsi" w:hAnsiTheme="majorHAnsi" w:cstheme="majorHAnsi"/>
        </w:rPr>
      </w:pPr>
    </w:p>
    <w:p w14:paraId="373C9C80"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YOUR RIO</w:t>
      </w:r>
    </w:p>
    <w:p w14:paraId="2B4CB04B"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LEBLON: YOUR NEIGHBORHOOD</w:t>
      </w:r>
    </w:p>
    <w:p w14:paraId="38140643"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Live Rio from one of its most iconic areas.</w:t>
      </w:r>
    </w:p>
    <w:p w14:paraId="73410A15" w14:textId="77777777" w:rsidR="00273037" w:rsidRPr="006A0334" w:rsidRDefault="00273037">
      <w:pPr>
        <w:rPr>
          <w:rFonts w:asciiTheme="majorHAnsi" w:hAnsiTheme="majorHAnsi" w:cstheme="majorHAnsi"/>
        </w:rPr>
      </w:pPr>
    </w:p>
    <w:p w14:paraId="212CCE5A" w14:textId="77777777" w:rsidR="00273037" w:rsidRPr="006A0334" w:rsidRDefault="00000000">
      <w:pPr>
        <w:rPr>
          <w:rFonts w:asciiTheme="majorHAnsi" w:hAnsiTheme="majorHAnsi" w:cstheme="majorHAnsi"/>
        </w:rPr>
      </w:pPr>
      <w:r w:rsidRPr="006A0334">
        <w:rPr>
          <w:rFonts w:asciiTheme="majorHAnsi" w:hAnsiTheme="majorHAnsi" w:cstheme="majorHAnsi"/>
        </w:rPr>
        <w:lastRenderedPageBreak/>
        <w:t>Leblon combines beach life, restaurants, cafés, shopping and easy access to many of Rio's best-known neighborhoods. During the Brazil Trip, it is more than the location of our hotel — it is our home base.</w:t>
      </w:r>
    </w:p>
    <w:p w14:paraId="4EF51CF3" w14:textId="77777777" w:rsidR="00273037" w:rsidRPr="006A0334" w:rsidRDefault="00000000">
      <w:pPr>
        <w:pStyle w:val="Ttulo2"/>
        <w:rPr>
          <w:rFonts w:cstheme="majorHAnsi"/>
        </w:rPr>
      </w:pPr>
      <w:r w:rsidRPr="006A0334">
        <w:rPr>
          <w:rFonts w:cstheme="majorHAnsi"/>
        </w:rPr>
        <w:t>SIMPLE WAYS TO ENJOY YOUR FREE TIME</w:t>
      </w:r>
    </w:p>
    <w:p w14:paraId="2C647058"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Walk the beachfront promenade and enjoy the view toward Dois Irmãos.</w:t>
      </w:r>
    </w:p>
    <w:p w14:paraId="2436A02F"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Take time for breakfast, coffee or a relaxed lunch in the neighborhood.</w:t>
      </w:r>
    </w:p>
    <w:p w14:paraId="5EABF819"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Explore neighboring Ipanema on foot when appropriate.</w:t>
      </w:r>
    </w:p>
    <w:p w14:paraId="0659CCCC"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Enjoy the beach while following local safety guidance and keeping personal belongings secure.</w:t>
      </w:r>
    </w:p>
    <w:p w14:paraId="3E126F4C"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Ask the Concierge for restaurant suggestions based on your preferences, group size and schedule.</w:t>
      </w:r>
    </w:p>
    <w:p w14:paraId="358E9BA4" w14:textId="0D0AA7AC" w:rsidR="00273037" w:rsidRDefault="00000000" w:rsidP="006A0334">
      <w:pPr>
        <w:pStyle w:val="Commarcadores"/>
        <w:rPr>
          <w:rFonts w:asciiTheme="majorHAnsi" w:hAnsiTheme="majorHAnsi" w:cstheme="majorHAnsi"/>
        </w:rPr>
      </w:pPr>
      <w:r w:rsidRPr="006A0334">
        <w:rPr>
          <w:rFonts w:asciiTheme="majorHAnsi" w:hAnsiTheme="majorHAnsi" w:cstheme="majorHAnsi"/>
        </w:rPr>
        <w:t>Leave some time unscheduled. Rio often rewards spontaneity.</w:t>
      </w:r>
    </w:p>
    <w:p w14:paraId="0C9FB8E8" w14:textId="77777777" w:rsidR="006A0334" w:rsidRDefault="006A0334">
      <w:pPr>
        <w:jc w:val="center"/>
        <w:rPr>
          <w:rFonts w:asciiTheme="majorHAnsi" w:hAnsiTheme="majorHAnsi" w:cstheme="majorHAnsi"/>
          <w:b/>
          <w:color w:val="786900"/>
        </w:rPr>
      </w:pPr>
    </w:p>
    <w:p w14:paraId="3AF5A8A3" w14:textId="6D2A58DB"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YOUR RIO</w:t>
      </w:r>
    </w:p>
    <w:p w14:paraId="7D5348AE"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MAKE RIO YOUR OWN</w:t>
      </w:r>
    </w:p>
    <w:p w14:paraId="7F1848BF"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Optional experiences by Carioca21.</w:t>
      </w:r>
    </w:p>
    <w:p w14:paraId="61ABCC3C" w14:textId="77777777" w:rsidR="00273037" w:rsidRPr="006A0334" w:rsidRDefault="00273037">
      <w:pPr>
        <w:rPr>
          <w:rFonts w:asciiTheme="majorHAnsi" w:hAnsiTheme="majorHAnsi" w:cstheme="majorHAnsi"/>
        </w:rPr>
      </w:pPr>
    </w:p>
    <w:p w14:paraId="16C6F596" w14:textId="77777777" w:rsidR="00273037" w:rsidRPr="006A0334" w:rsidRDefault="00000000">
      <w:pPr>
        <w:rPr>
          <w:rFonts w:asciiTheme="majorHAnsi" w:hAnsiTheme="majorHAnsi" w:cstheme="majorHAnsi"/>
        </w:rPr>
      </w:pPr>
      <w:r w:rsidRPr="006A0334">
        <w:rPr>
          <w:rFonts w:asciiTheme="majorHAnsi" w:hAnsiTheme="majorHAnsi" w:cstheme="majorHAnsi"/>
        </w:rPr>
        <w:t>Your Brazil Trip already includes a complete official program. If you want to do more during your free time, before the official trip or after it, Carioca21 can help create additional experiences around your interests.</w:t>
      </w:r>
    </w:p>
    <w:p w14:paraId="69C84286" w14:textId="77777777" w:rsidR="00273037" w:rsidRPr="006A0334" w:rsidRDefault="00000000">
      <w:pPr>
        <w:rPr>
          <w:rFonts w:asciiTheme="majorHAnsi" w:hAnsiTheme="majorHAnsi" w:cstheme="majorHAnsi"/>
        </w:rPr>
      </w:pPr>
      <w:r w:rsidRPr="006A0334">
        <w:rPr>
          <w:rFonts w:asciiTheme="majorHAnsi" w:hAnsiTheme="majorHAnsi" w:cstheme="majorHAnsi"/>
          <w:b/>
        </w:rPr>
        <w:t>HELICOPTER FLIGHT OVER RIO</w:t>
      </w:r>
      <w:r w:rsidRPr="006A0334">
        <w:rPr>
          <w:rFonts w:asciiTheme="majorHAnsi" w:hAnsiTheme="majorHAnsi" w:cstheme="majorHAnsi"/>
        </w:rPr>
        <w:br/>
        <w:t>See Rio's coastline and landmarks from the air.</w:t>
      </w:r>
    </w:p>
    <w:p w14:paraId="42ACF003" w14:textId="77777777" w:rsidR="00273037" w:rsidRPr="006A0334" w:rsidRDefault="00000000">
      <w:pPr>
        <w:rPr>
          <w:rFonts w:asciiTheme="majorHAnsi" w:hAnsiTheme="majorHAnsi" w:cstheme="majorHAnsi"/>
        </w:rPr>
      </w:pPr>
      <w:r w:rsidRPr="006A0334">
        <w:rPr>
          <w:rFonts w:asciiTheme="majorHAnsi" w:hAnsiTheme="majorHAnsi" w:cstheme="majorHAnsi"/>
          <w:b/>
        </w:rPr>
        <w:t>HANG GLIDING EXPERIENCE</w:t>
      </w:r>
      <w:r w:rsidRPr="006A0334">
        <w:rPr>
          <w:rFonts w:asciiTheme="majorHAnsi" w:hAnsiTheme="majorHAnsi" w:cstheme="majorHAnsi"/>
        </w:rPr>
        <w:br/>
        <w:t>Experience a tandem flight over one of Rio's most dramatic landscapes.</w:t>
      </w:r>
    </w:p>
    <w:p w14:paraId="7F807B0D" w14:textId="77777777" w:rsidR="00273037" w:rsidRPr="006A0334" w:rsidRDefault="00000000">
      <w:pPr>
        <w:rPr>
          <w:rFonts w:asciiTheme="majorHAnsi" w:hAnsiTheme="majorHAnsi" w:cstheme="majorHAnsi"/>
        </w:rPr>
      </w:pPr>
      <w:r w:rsidRPr="006A0334">
        <w:rPr>
          <w:rFonts w:asciiTheme="majorHAnsi" w:hAnsiTheme="majorHAnsi" w:cstheme="majorHAnsi"/>
          <w:b/>
        </w:rPr>
        <w:t>FAVELA SOCIAL EXPERIENCE</w:t>
      </w:r>
      <w:r w:rsidRPr="006A0334">
        <w:rPr>
          <w:rFonts w:asciiTheme="majorHAnsi" w:hAnsiTheme="majorHAnsi" w:cstheme="majorHAnsi"/>
        </w:rPr>
        <w:br/>
        <w:t>Discover another perspective of Rio through a locally guided community experience.</w:t>
      </w:r>
    </w:p>
    <w:p w14:paraId="7EFDAB5D" w14:textId="77777777" w:rsidR="00273037" w:rsidRPr="006A0334" w:rsidRDefault="00000000">
      <w:pPr>
        <w:rPr>
          <w:rFonts w:asciiTheme="majorHAnsi" w:hAnsiTheme="majorHAnsi" w:cstheme="majorHAnsi"/>
        </w:rPr>
      </w:pPr>
      <w:r w:rsidRPr="006A0334">
        <w:rPr>
          <w:rFonts w:asciiTheme="majorHAnsi" w:hAnsiTheme="majorHAnsi" w:cstheme="majorHAnsi"/>
          <w:b/>
        </w:rPr>
        <w:t>E-BIKE RIO EXPERIENCE</w:t>
      </w:r>
      <w:r w:rsidRPr="006A0334">
        <w:rPr>
          <w:rFonts w:asciiTheme="majorHAnsi" w:hAnsiTheme="majorHAnsi" w:cstheme="majorHAnsi"/>
        </w:rPr>
        <w:br/>
        <w:t>Explore selected beachfront and neighborhood routes by e-bike.</w:t>
      </w:r>
    </w:p>
    <w:p w14:paraId="64A4028C" w14:textId="77777777" w:rsidR="00273037" w:rsidRPr="006A0334" w:rsidRDefault="00000000">
      <w:pPr>
        <w:rPr>
          <w:rFonts w:asciiTheme="majorHAnsi" w:hAnsiTheme="majorHAnsi" w:cstheme="majorHAnsi"/>
        </w:rPr>
      </w:pPr>
      <w:r w:rsidRPr="006A0334">
        <w:rPr>
          <w:rFonts w:asciiTheme="majorHAnsi" w:hAnsiTheme="majorHAnsi" w:cstheme="majorHAnsi"/>
          <w:b/>
        </w:rPr>
        <w:t>HIKING EXPERIENCE</w:t>
      </w:r>
      <w:r w:rsidRPr="006A0334">
        <w:rPr>
          <w:rFonts w:asciiTheme="majorHAnsi" w:hAnsiTheme="majorHAnsi" w:cstheme="majorHAnsi"/>
        </w:rPr>
        <w:br/>
        <w:t>Discover Rio's mountains, forest and viewpoints on a selected guided trail.</w:t>
      </w:r>
    </w:p>
    <w:p w14:paraId="0302A721" w14:textId="77777777" w:rsidR="00273037" w:rsidRPr="006A0334" w:rsidRDefault="00000000">
      <w:pPr>
        <w:rPr>
          <w:rFonts w:asciiTheme="majorHAnsi" w:hAnsiTheme="majorHAnsi" w:cstheme="majorHAnsi"/>
        </w:rPr>
      </w:pPr>
      <w:r w:rsidRPr="006A0334">
        <w:rPr>
          <w:rFonts w:asciiTheme="majorHAnsi" w:hAnsiTheme="majorHAnsi" w:cstheme="majorHAnsi"/>
          <w:b/>
        </w:rPr>
        <w:t>SURF EXPERIENCE</w:t>
      </w:r>
      <w:r w:rsidRPr="006A0334">
        <w:rPr>
          <w:rFonts w:asciiTheme="majorHAnsi" w:hAnsiTheme="majorHAnsi" w:cstheme="majorHAnsi"/>
        </w:rPr>
        <w:br/>
        <w:t>Enjoy a guided surf session adapted to your level.</w:t>
      </w:r>
    </w:p>
    <w:p w14:paraId="17D2508B" w14:textId="77777777" w:rsidR="00273037" w:rsidRPr="006A0334" w:rsidRDefault="00000000">
      <w:pPr>
        <w:rPr>
          <w:rFonts w:asciiTheme="majorHAnsi" w:hAnsiTheme="majorHAnsi" w:cstheme="majorHAnsi"/>
        </w:rPr>
      </w:pPr>
      <w:r w:rsidRPr="006A0334">
        <w:rPr>
          <w:rFonts w:asciiTheme="majorHAnsi" w:hAnsiTheme="majorHAnsi" w:cstheme="majorHAnsi"/>
          <w:b/>
        </w:rPr>
        <w:t>PRIVATE BJJ EXPERIENCE</w:t>
      </w:r>
      <w:r w:rsidRPr="006A0334">
        <w:rPr>
          <w:rFonts w:asciiTheme="majorHAnsi" w:hAnsiTheme="majorHAnsi" w:cstheme="majorHAnsi"/>
        </w:rPr>
        <w:br/>
        <w:t>Add private or personalized Brazilian Jiu-Jitsu training to your stay.</w:t>
      </w:r>
    </w:p>
    <w:p w14:paraId="7A6896C6" w14:textId="77777777" w:rsidR="00273037" w:rsidRPr="006A0334" w:rsidRDefault="00000000">
      <w:pPr>
        <w:rPr>
          <w:rFonts w:asciiTheme="majorHAnsi" w:hAnsiTheme="majorHAnsi" w:cstheme="majorHAnsi"/>
        </w:rPr>
      </w:pPr>
      <w:r w:rsidRPr="006A0334">
        <w:rPr>
          <w:rFonts w:asciiTheme="majorHAnsi" w:hAnsiTheme="majorHAnsi" w:cstheme="majorHAnsi"/>
          <w:b/>
        </w:rPr>
        <w:t>JET SKI — BOAT DAY ADD-ON</w:t>
      </w:r>
      <w:r w:rsidRPr="006A0334">
        <w:rPr>
          <w:rFonts w:asciiTheme="majorHAnsi" w:hAnsiTheme="majorHAnsi" w:cstheme="majorHAnsi"/>
        </w:rPr>
        <w:br/>
        <w:t>Add an optional Jet Ski session to the official Private Boat Experience, subject to weather, sea, operator and safety conditions.</w:t>
      </w:r>
    </w:p>
    <w:p w14:paraId="196D1634" w14:textId="77777777" w:rsidR="00273037" w:rsidRPr="006A0334" w:rsidRDefault="00000000">
      <w:pPr>
        <w:rPr>
          <w:rFonts w:asciiTheme="majorHAnsi" w:hAnsiTheme="majorHAnsi" w:cstheme="majorHAnsi"/>
        </w:rPr>
      </w:pPr>
      <w:r w:rsidRPr="006A0334">
        <w:rPr>
          <w:rFonts w:asciiTheme="majorHAnsi" w:hAnsiTheme="majorHAnsi" w:cstheme="majorHAnsi"/>
          <w:b/>
        </w:rPr>
        <w:t>GASTRONOMIC EXPERIENCE</w:t>
      </w:r>
      <w:r w:rsidRPr="006A0334">
        <w:rPr>
          <w:rFonts w:asciiTheme="majorHAnsi" w:hAnsiTheme="majorHAnsi" w:cstheme="majorHAnsi"/>
        </w:rPr>
        <w:br/>
        <w:t>Explore selected restaurants, Brazilian flavors and personalized dining experiences.</w:t>
      </w:r>
    </w:p>
    <w:p w14:paraId="08F98E81" w14:textId="77777777" w:rsidR="00273037" w:rsidRPr="006A0334" w:rsidRDefault="00000000">
      <w:pPr>
        <w:rPr>
          <w:rFonts w:asciiTheme="majorHAnsi" w:hAnsiTheme="majorHAnsi" w:cstheme="majorHAnsi"/>
        </w:rPr>
      </w:pPr>
      <w:r w:rsidRPr="006A0334">
        <w:rPr>
          <w:rFonts w:asciiTheme="majorHAnsi" w:hAnsiTheme="majorHAnsi" w:cstheme="majorHAnsi"/>
          <w:b/>
        </w:rPr>
        <w:t>SAMBA &amp; CULTURAL EXPERIENCE</w:t>
      </w:r>
      <w:r w:rsidRPr="006A0334">
        <w:rPr>
          <w:rFonts w:asciiTheme="majorHAnsi" w:hAnsiTheme="majorHAnsi" w:cstheme="majorHAnsi"/>
        </w:rPr>
        <w:br/>
        <w:t>Discover Rio's music, culture and nightlife with local assistance.</w:t>
      </w:r>
    </w:p>
    <w:p w14:paraId="68DC9485" w14:textId="77777777" w:rsidR="00273037" w:rsidRPr="006A0334" w:rsidRDefault="00000000">
      <w:pPr>
        <w:rPr>
          <w:rFonts w:asciiTheme="majorHAnsi" w:hAnsiTheme="majorHAnsi" w:cstheme="majorHAnsi"/>
        </w:rPr>
      </w:pPr>
      <w:r w:rsidRPr="006A0334">
        <w:rPr>
          <w:rFonts w:asciiTheme="majorHAnsi" w:hAnsiTheme="majorHAnsi" w:cstheme="majorHAnsi"/>
          <w:b/>
        </w:rPr>
        <w:lastRenderedPageBreak/>
        <w:t>PRIVATE RIO EXPERIENCE</w:t>
      </w:r>
      <w:r w:rsidRPr="006A0334">
        <w:rPr>
          <w:rFonts w:asciiTheme="majorHAnsi" w:hAnsiTheme="majorHAnsi" w:cstheme="majorHAnsi"/>
        </w:rPr>
        <w:br/>
        <w:t>Create a private itinerary around the places and experiences that interest you most.</w:t>
      </w:r>
    </w:p>
    <w:p w14:paraId="713AB237" w14:textId="77777777" w:rsidR="00273037" w:rsidRPr="006A0334" w:rsidRDefault="00000000">
      <w:pPr>
        <w:rPr>
          <w:rFonts w:asciiTheme="majorHAnsi" w:hAnsiTheme="majorHAnsi" w:cstheme="majorHAnsi"/>
        </w:rPr>
      </w:pPr>
      <w:r w:rsidRPr="006A0334">
        <w:rPr>
          <w:rFonts w:asciiTheme="majorHAnsi" w:hAnsiTheme="majorHAnsi" w:cstheme="majorHAnsi"/>
          <w:b/>
        </w:rPr>
        <w:t>DAY TRIP FROM RIO</w:t>
      </w:r>
      <w:r w:rsidRPr="006A0334">
        <w:rPr>
          <w:rFonts w:asciiTheme="majorHAnsi" w:hAnsiTheme="majorHAnsi" w:cstheme="majorHAnsi"/>
        </w:rPr>
        <w:br/>
        <w:t>Explore selected destinations beyond the city.</w:t>
      </w:r>
    </w:p>
    <w:p w14:paraId="73D3EA81" w14:textId="77777777" w:rsidR="00273037" w:rsidRPr="006A0334" w:rsidRDefault="00000000">
      <w:pPr>
        <w:rPr>
          <w:rFonts w:asciiTheme="majorHAnsi" w:hAnsiTheme="majorHAnsi" w:cstheme="majorHAnsi"/>
        </w:rPr>
      </w:pPr>
      <w:r w:rsidRPr="006A0334">
        <w:rPr>
          <w:rFonts w:asciiTheme="majorHAnsi" w:hAnsiTheme="majorHAnsi" w:cstheme="majorHAnsi"/>
          <w:b/>
        </w:rPr>
        <w:t>ADDITIONAL PRIVATE TRANSPORTATION</w:t>
      </w:r>
      <w:r w:rsidRPr="006A0334">
        <w:rPr>
          <w:rFonts w:asciiTheme="majorHAnsi" w:hAnsiTheme="majorHAnsi" w:cstheme="majorHAnsi"/>
        </w:rPr>
        <w:br/>
        <w:t>Arrange private transportation for personal plans outside the official program.</w:t>
      </w:r>
    </w:p>
    <w:p w14:paraId="23D840E4" w14:textId="77777777" w:rsidR="00273037" w:rsidRPr="006A0334" w:rsidRDefault="00000000">
      <w:pPr>
        <w:rPr>
          <w:rFonts w:asciiTheme="majorHAnsi" w:hAnsiTheme="majorHAnsi" w:cstheme="majorHAnsi"/>
        </w:rPr>
      </w:pPr>
      <w:r w:rsidRPr="006A0334">
        <w:rPr>
          <w:rFonts w:asciiTheme="majorHAnsi" w:hAnsiTheme="majorHAnsi" w:cstheme="majorHAnsi"/>
          <w:b/>
        </w:rPr>
        <w:t>PRE / POST-TRIP EXPERIENCE</w:t>
      </w:r>
      <w:r w:rsidRPr="006A0334">
        <w:rPr>
          <w:rFonts w:asciiTheme="majorHAnsi" w:hAnsiTheme="majorHAnsi" w:cstheme="majorHAnsi"/>
        </w:rPr>
        <w:br/>
        <w:t>Extend your stay in Rio or Brazil with personalized arrangements.</w:t>
      </w:r>
    </w:p>
    <w:tbl>
      <w:tblPr>
        <w:tblW w:w="0" w:type="auto"/>
        <w:jc w:val="center"/>
        <w:tblLook w:val="04A0" w:firstRow="1" w:lastRow="0" w:firstColumn="1" w:lastColumn="0" w:noHBand="0" w:noVBand="1"/>
      </w:tblPr>
      <w:tblGrid>
        <w:gridCol w:w="10282"/>
      </w:tblGrid>
      <w:tr w:rsidR="00273037" w:rsidRPr="006A0334" w14:paraId="7C3FE674" w14:textId="77777777">
        <w:trPr>
          <w:jc w:val="center"/>
        </w:trPr>
        <w:tc>
          <w:tcPr>
            <w:tcW w:w="10282" w:type="dxa"/>
            <w:shd w:val="clear" w:color="auto" w:fill="FFF8CC"/>
            <w:tcMar>
              <w:top w:w="110" w:type="dxa"/>
              <w:left w:w="140" w:type="dxa"/>
              <w:bottom w:w="110" w:type="dxa"/>
              <w:right w:w="140" w:type="dxa"/>
            </w:tcMar>
          </w:tcPr>
          <w:p w14:paraId="3A3E1F34" w14:textId="77777777" w:rsidR="00273037" w:rsidRPr="006A0334" w:rsidRDefault="00000000">
            <w:pPr>
              <w:rPr>
                <w:rFonts w:asciiTheme="majorHAnsi" w:hAnsiTheme="majorHAnsi" w:cstheme="majorHAnsi"/>
              </w:rPr>
            </w:pPr>
            <w:r w:rsidRPr="006A0334">
              <w:rPr>
                <w:rFonts w:asciiTheme="majorHAnsi" w:hAnsiTheme="majorHAnsi" w:cstheme="majorHAnsi"/>
                <w:b/>
                <w:sz w:val="22"/>
              </w:rPr>
              <w:t>OPTIONAL EXPERIENCES ARE NOT AUTOMATICALLY INCLUDED</w:t>
            </w:r>
          </w:p>
        </w:tc>
      </w:tr>
    </w:tbl>
    <w:p w14:paraId="3A78E4CE" w14:textId="77777777" w:rsidR="00273037" w:rsidRPr="006A0334" w:rsidRDefault="00273037">
      <w:pPr>
        <w:spacing w:after="0"/>
        <w:rPr>
          <w:rFonts w:asciiTheme="majorHAnsi" w:hAnsiTheme="majorHAnsi" w:cstheme="majorHAnsi"/>
        </w:rPr>
      </w:pPr>
    </w:p>
    <w:p w14:paraId="3B8966AD" w14:textId="22DE9C53" w:rsidR="00273037" w:rsidRDefault="00000000">
      <w:pPr>
        <w:rPr>
          <w:rFonts w:asciiTheme="majorHAnsi" w:hAnsiTheme="majorHAnsi" w:cstheme="majorHAnsi"/>
        </w:rPr>
      </w:pPr>
      <w:r w:rsidRPr="006A0334">
        <w:rPr>
          <w:rFonts w:asciiTheme="majorHAnsi" w:hAnsiTheme="majorHAnsi" w:cstheme="majorHAnsi"/>
        </w:rPr>
        <w:t>Optional experiences are subject to availability, final pricing, supplier conditions, scheduling and confirmation. Expressing interest does not create a confirmed reservation or charge. Final arrangements will be communicated separately.</w:t>
      </w:r>
    </w:p>
    <w:p w14:paraId="4E10D247" w14:textId="77777777" w:rsidR="006A0334" w:rsidRPr="006A0334" w:rsidRDefault="006A0334">
      <w:pPr>
        <w:rPr>
          <w:rFonts w:asciiTheme="majorHAnsi" w:hAnsiTheme="majorHAnsi" w:cstheme="majorHAnsi"/>
        </w:rPr>
      </w:pPr>
    </w:p>
    <w:p w14:paraId="2134D7FC"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YOUR RIO</w:t>
      </w:r>
    </w:p>
    <w:p w14:paraId="034EAFEC"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EAT, DRINK &amp; EXPERIENCE RIO</w:t>
      </w:r>
    </w:p>
    <w:p w14:paraId="7CBFAE3F"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Food is part of the journey.</w:t>
      </w:r>
    </w:p>
    <w:p w14:paraId="608CABF6" w14:textId="77777777" w:rsidR="00273037" w:rsidRPr="006A0334" w:rsidRDefault="00273037">
      <w:pPr>
        <w:rPr>
          <w:rFonts w:asciiTheme="majorHAnsi" w:hAnsiTheme="majorHAnsi" w:cstheme="majorHAnsi"/>
        </w:rPr>
      </w:pPr>
    </w:p>
    <w:p w14:paraId="0FADDDB4" w14:textId="77777777" w:rsidR="00273037" w:rsidRPr="006A0334" w:rsidRDefault="00000000">
      <w:pPr>
        <w:rPr>
          <w:rFonts w:asciiTheme="majorHAnsi" w:hAnsiTheme="majorHAnsi" w:cstheme="majorHAnsi"/>
        </w:rPr>
      </w:pPr>
      <w:r w:rsidRPr="006A0334">
        <w:rPr>
          <w:rFonts w:asciiTheme="majorHAnsi" w:hAnsiTheme="majorHAnsi" w:cstheme="majorHAnsi"/>
        </w:rPr>
        <w:t>Rio can be experienced through its tables as much as through its beaches and landmarks. Use your free time to discover Brazilian flavors, neighborhood cafés, casual beachside meals and special dinners.</w:t>
      </w:r>
    </w:p>
    <w:p w14:paraId="1C1EF3FF" w14:textId="77777777" w:rsidR="00273037" w:rsidRPr="006A0334" w:rsidRDefault="00000000">
      <w:pPr>
        <w:pStyle w:val="Ttulo2"/>
        <w:rPr>
          <w:rFonts w:cstheme="majorHAnsi"/>
        </w:rPr>
      </w:pPr>
      <w:r w:rsidRPr="006A0334">
        <w:rPr>
          <w:rFonts w:cstheme="majorHAnsi"/>
        </w:rPr>
        <w:t>ASK YOUR CONCIERGE FOR</w:t>
      </w:r>
    </w:p>
    <w:p w14:paraId="6A833A8D"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Restaurant recommendations by style and budget</w:t>
      </w:r>
    </w:p>
    <w:p w14:paraId="476A26E9"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Group reservations</w:t>
      </w:r>
    </w:p>
    <w:p w14:paraId="4E63A3DE"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Brazilian cuisine</w:t>
      </w:r>
    </w:p>
    <w:p w14:paraId="5F9252B7"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Steakhouse / churrascaria options</w:t>
      </w:r>
    </w:p>
    <w:p w14:paraId="0B7C12DF"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Seafood</w:t>
      </w:r>
    </w:p>
    <w:p w14:paraId="31ECA711"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Casual lunch near the beach</w:t>
      </w:r>
    </w:p>
    <w:p w14:paraId="5ED1F78A"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Special-occasion dining</w:t>
      </w:r>
    </w:p>
    <w:p w14:paraId="38124419"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Vegetarian or dietary-aware options where available</w:t>
      </w:r>
    </w:p>
    <w:p w14:paraId="22842BBD" w14:textId="553ACF59" w:rsidR="00273037" w:rsidRDefault="00000000">
      <w:pPr>
        <w:rPr>
          <w:rFonts w:asciiTheme="majorHAnsi" w:hAnsiTheme="majorHAnsi" w:cstheme="majorHAnsi"/>
        </w:rPr>
      </w:pPr>
      <w:r w:rsidRPr="006A0334">
        <w:rPr>
          <w:rFonts w:asciiTheme="majorHAnsi" w:hAnsiTheme="majorHAnsi" w:cstheme="majorHAnsi"/>
        </w:rPr>
        <w:t>Meals and beverages are not included unless expressly identified as part of an official activity or package inclusion.</w:t>
      </w:r>
    </w:p>
    <w:p w14:paraId="1F0F5124" w14:textId="77777777" w:rsidR="006A0334" w:rsidRPr="006A0334" w:rsidRDefault="006A0334">
      <w:pPr>
        <w:rPr>
          <w:rFonts w:asciiTheme="majorHAnsi" w:hAnsiTheme="majorHAnsi" w:cstheme="majorHAnsi"/>
        </w:rPr>
      </w:pPr>
    </w:p>
    <w:p w14:paraId="438EC581"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TOGETHER IN RIO</w:t>
      </w:r>
    </w:p>
    <w:p w14:paraId="573BC984"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FAMILIES &amp; NON-TRAINING GUESTS</w:t>
      </w:r>
    </w:p>
    <w:p w14:paraId="2BAEBD1F"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BJJ brought us together. The experience is for everyone.</w:t>
      </w:r>
    </w:p>
    <w:p w14:paraId="699A24E0" w14:textId="77777777" w:rsidR="00273037" w:rsidRPr="006A0334" w:rsidRDefault="00273037">
      <w:pPr>
        <w:rPr>
          <w:rFonts w:asciiTheme="majorHAnsi" w:hAnsiTheme="majorHAnsi" w:cstheme="majorHAnsi"/>
        </w:rPr>
      </w:pPr>
    </w:p>
    <w:p w14:paraId="5985A4AD" w14:textId="77777777" w:rsidR="00273037" w:rsidRPr="006A0334" w:rsidRDefault="00000000">
      <w:pPr>
        <w:rPr>
          <w:rFonts w:asciiTheme="majorHAnsi" w:hAnsiTheme="majorHAnsi" w:cstheme="majorHAnsi"/>
        </w:rPr>
      </w:pPr>
      <w:r w:rsidRPr="006A0334">
        <w:rPr>
          <w:rFonts w:asciiTheme="majorHAnsi" w:hAnsiTheme="majorHAnsi" w:cstheme="majorHAnsi"/>
        </w:rPr>
        <w:lastRenderedPageBreak/>
        <w:t>The Brazil Trip is designed to welcome spouses, partners, children, friends and other non-training guests as part of the community.</w:t>
      </w:r>
    </w:p>
    <w:p w14:paraId="770B71FD" w14:textId="77777777" w:rsidR="00273037" w:rsidRPr="006A0334" w:rsidRDefault="00000000">
      <w:pPr>
        <w:rPr>
          <w:rFonts w:asciiTheme="majorHAnsi" w:hAnsiTheme="majorHAnsi" w:cstheme="majorHAnsi"/>
        </w:rPr>
      </w:pPr>
      <w:r w:rsidRPr="006A0334">
        <w:rPr>
          <w:rFonts w:asciiTheme="majorHAnsi" w:hAnsiTheme="majorHAnsi" w:cstheme="majorHAnsi"/>
        </w:rPr>
        <w:t>Non-training guests can participate in the travel, hospitality, cultural and included Rio experiences according to the applicable package and activity conditions.</w:t>
      </w:r>
    </w:p>
    <w:p w14:paraId="0D20DB64" w14:textId="77777777" w:rsidR="00273037" w:rsidRPr="006A0334" w:rsidRDefault="00000000">
      <w:pPr>
        <w:pStyle w:val="Ttulo2"/>
        <w:rPr>
          <w:rFonts w:cstheme="majorHAnsi"/>
        </w:rPr>
      </w:pPr>
      <w:r w:rsidRPr="006A0334">
        <w:rPr>
          <w:rFonts w:cstheme="majorHAnsi"/>
        </w:rPr>
        <w:t>TRAVELING WITH CHILDREN</w:t>
      </w:r>
    </w:p>
    <w:p w14:paraId="408D5522" w14:textId="77777777" w:rsidR="00273037" w:rsidRPr="006A0334" w:rsidRDefault="00000000">
      <w:pPr>
        <w:rPr>
          <w:rFonts w:asciiTheme="majorHAnsi" w:hAnsiTheme="majorHAnsi" w:cstheme="majorHAnsi"/>
        </w:rPr>
      </w:pPr>
      <w:r w:rsidRPr="006A0334">
        <w:rPr>
          <w:rFonts w:asciiTheme="majorHAnsi" w:hAnsiTheme="majorHAnsi" w:cstheme="majorHAnsi"/>
        </w:rPr>
        <w:t>Keep children's travel documents, medication and essential items accessible. For activities, transportation and accommodation, follow the specific age, capacity and safety conditions communicated by the organization, Carioca21 or the applicable operator.</w:t>
      </w:r>
    </w:p>
    <w:p w14:paraId="0BC2360A" w14:textId="41A823CB" w:rsidR="00273037" w:rsidRDefault="00000000">
      <w:pPr>
        <w:rPr>
          <w:rFonts w:asciiTheme="majorHAnsi" w:hAnsiTheme="majorHAnsi" w:cstheme="majorHAnsi"/>
        </w:rPr>
      </w:pPr>
      <w:r w:rsidRPr="006A0334">
        <w:rPr>
          <w:rFonts w:asciiTheme="majorHAnsi" w:hAnsiTheme="majorHAnsi" w:cstheme="majorHAnsi"/>
        </w:rPr>
        <w:t>Where the booking includes a complimentary child aged 0–3, the child policy applicable to the confirmed room and reservation remains in effect. Children aged 4 and above are regular paying participants under the current event policy.</w:t>
      </w:r>
    </w:p>
    <w:p w14:paraId="2FC07183" w14:textId="77777777" w:rsidR="006A0334" w:rsidRPr="006A0334" w:rsidRDefault="006A0334">
      <w:pPr>
        <w:rPr>
          <w:rFonts w:asciiTheme="majorHAnsi" w:hAnsiTheme="majorHAnsi" w:cstheme="majorHAnsi"/>
        </w:rPr>
      </w:pPr>
    </w:p>
    <w:p w14:paraId="349FC20D"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LIVING RIO</w:t>
      </w:r>
    </w:p>
    <w:p w14:paraId="6FE42AD6"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ENJOY RIO SMARTLY</w:t>
      </w:r>
    </w:p>
    <w:p w14:paraId="1F4C43D6"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Practical awareness helps you enjoy the city.</w:t>
      </w:r>
    </w:p>
    <w:p w14:paraId="4BD33864" w14:textId="77777777" w:rsidR="00273037" w:rsidRPr="006A0334" w:rsidRDefault="00273037">
      <w:pPr>
        <w:rPr>
          <w:rFonts w:asciiTheme="majorHAnsi" w:hAnsiTheme="majorHAnsi" w:cstheme="majorHAnsi"/>
        </w:rPr>
      </w:pPr>
    </w:p>
    <w:p w14:paraId="01273165" w14:textId="77777777" w:rsidR="00273037" w:rsidRPr="006A0334" w:rsidRDefault="00000000">
      <w:pPr>
        <w:rPr>
          <w:rFonts w:asciiTheme="majorHAnsi" w:hAnsiTheme="majorHAnsi" w:cstheme="majorHAnsi"/>
        </w:rPr>
      </w:pPr>
      <w:r w:rsidRPr="006A0334">
        <w:rPr>
          <w:rFonts w:asciiTheme="majorHAnsi" w:hAnsiTheme="majorHAnsi" w:cstheme="majorHAnsi"/>
        </w:rPr>
        <w:t>Rio is a major international city. As you would in any large destination, use practical awareness when moving around independently.</w:t>
      </w:r>
    </w:p>
    <w:p w14:paraId="579E93BB"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Carry only what you need for the day.</w:t>
      </w:r>
    </w:p>
    <w:p w14:paraId="799654EF"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Keep phones, wallets, passports and valuables secure and avoid displaying valuables unnecessarily.</w:t>
      </w:r>
    </w:p>
    <w:p w14:paraId="17453EA0"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Use transportation options recommended by the event team or established ride services when moving independently.</w:t>
      </w:r>
    </w:p>
    <w:p w14:paraId="568045E2"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Confirm meeting points and departure times before leaving the group.</w:t>
      </w:r>
    </w:p>
    <w:p w14:paraId="1205CD11"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At beaches and public spaces, keep personal belongings attended.</w:t>
      </w:r>
    </w:p>
    <w:p w14:paraId="0398B01D"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Follow instructions from guides, instructors, drivers, activity operators and the event team.</w:t>
      </w:r>
    </w:p>
    <w:p w14:paraId="13A8FF16"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Do not participate in an activity if you are unable or unwilling to comply with its safety requirements.</w:t>
      </w:r>
    </w:p>
    <w:p w14:paraId="554EAB75"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Contact the participant-assistance channel when you need operational guidance.</w:t>
      </w:r>
    </w:p>
    <w:tbl>
      <w:tblPr>
        <w:tblW w:w="0" w:type="auto"/>
        <w:jc w:val="center"/>
        <w:tblLook w:val="04A0" w:firstRow="1" w:lastRow="0" w:firstColumn="1" w:lastColumn="0" w:noHBand="0" w:noVBand="1"/>
      </w:tblPr>
      <w:tblGrid>
        <w:gridCol w:w="10282"/>
      </w:tblGrid>
      <w:tr w:rsidR="00273037" w:rsidRPr="006A0334" w14:paraId="1F0E57F9" w14:textId="77777777">
        <w:trPr>
          <w:jc w:val="center"/>
        </w:trPr>
        <w:tc>
          <w:tcPr>
            <w:tcW w:w="10282" w:type="dxa"/>
            <w:shd w:val="clear" w:color="auto" w:fill="FFF8CC"/>
            <w:tcMar>
              <w:top w:w="110" w:type="dxa"/>
              <w:left w:w="140" w:type="dxa"/>
              <w:bottom w:w="110" w:type="dxa"/>
              <w:right w:w="140" w:type="dxa"/>
            </w:tcMar>
          </w:tcPr>
          <w:p w14:paraId="461497BF" w14:textId="77777777" w:rsidR="00273037" w:rsidRPr="006A0334" w:rsidRDefault="00000000">
            <w:pPr>
              <w:rPr>
                <w:rFonts w:asciiTheme="majorHAnsi" w:hAnsiTheme="majorHAnsi" w:cstheme="majorHAnsi"/>
              </w:rPr>
            </w:pPr>
            <w:r w:rsidRPr="006A0334">
              <w:rPr>
                <w:rFonts w:asciiTheme="majorHAnsi" w:hAnsiTheme="majorHAnsi" w:cstheme="majorHAnsi"/>
                <w:b/>
                <w:sz w:val="22"/>
              </w:rPr>
              <w:t>IN AN EMERGENCY</w:t>
            </w:r>
          </w:p>
        </w:tc>
      </w:tr>
    </w:tbl>
    <w:p w14:paraId="0451C048" w14:textId="77777777" w:rsidR="00273037" w:rsidRPr="006A0334" w:rsidRDefault="00273037">
      <w:pPr>
        <w:spacing w:after="0"/>
        <w:rPr>
          <w:rFonts w:asciiTheme="majorHAnsi" w:hAnsiTheme="majorHAnsi" w:cstheme="majorHAnsi"/>
        </w:rPr>
      </w:pPr>
    </w:p>
    <w:p w14:paraId="6BF7DADE" w14:textId="28F0F2CA" w:rsidR="00273037" w:rsidRDefault="00000000">
      <w:pPr>
        <w:rPr>
          <w:rFonts w:asciiTheme="majorHAnsi" w:hAnsiTheme="majorHAnsi" w:cstheme="majorHAnsi"/>
        </w:rPr>
      </w:pPr>
      <w:r w:rsidRPr="006A0334">
        <w:rPr>
          <w:rFonts w:asciiTheme="majorHAnsi" w:hAnsiTheme="majorHAnsi" w:cstheme="majorHAnsi"/>
        </w:rPr>
        <w:t xml:space="preserve">For an immediate emergency, contact the appropriate local emergency service </w:t>
      </w:r>
      <w:proofErr w:type="gramStart"/>
      <w:r w:rsidRPr="006A0334">
        <w:rPr>
          <w:rFonts w:asciiTheme="majorHAnsi" w:hAnsiTheme="majorHAnsi" w:cstheme="majorHAnsi"/>
        </w:rPr>
        <w:t>first</w:t>
      </w:r>
      <w:proofErr w:type="gramEnd"/>
      <w:r w:rsidRPr="006A0334">
        <w:rPr>
          <w:rFonts w:asciiTheme="majorHAnsi" w:hAnsiTheme="majorHAnsi" w:cstheme="majorHAnsi"/>
        </w:rPr>
        <w:t xml:space="preserve"> when necessary, then notify the Brazil Trip participant-assistance channel as soon as reasonably possible. Specific emergency contacts and hotel details may be added to the confirmed-participant version of this guide.</w:t>
      </w:r>
    </w:p>
    <w:p w14:paraId="7409BA35" w14:textId="77777777" w:rsidR="006A0334" w:rsidRPr="006A0334" w:rsidRDefault="006A0334">
      <w:pPr>
        <w:rPr>
          <w:rFonts w:asciiTheme="majorHAnsi" w:hAnsiTheme="majorHAnsi" w:cstheme="majorHAnsi"/>
        </w:rPr>
      </w:pPr>
    </w:p>
    <w:p w14:paraId="1E947880"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YOUR RIO</w:t>
      </w:r>
    </w:p>
    <w:p w14:paraId="40DF9819"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GETTING AROUND RIO</w:t>
      </w:r>
    </w:p>
    <w:p w14:paraId="5CDAC980"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Official transportation when included. Local help when you need more.</w:t>
      </w:r>
    </w:p>
    <w:p w14:paraId="50712C35" w14:textId="77777777" w:rsidR="00273037" w:rsidRPr="006A0334" w:rsidRDefault="00273037">
      <w:pPr>
        <w:rPr>
          <w:rFonts w:asciiTheme="majorHAnsi" w:hAnsiTheme="majorHAnsi" w:cstheme="majorHAnsi"/>
        </w:rPr>
      </w:pPr>
    </w:p>
    <w:p w14:paraId="20B9DEFF" w14:textId="77777777" w:rsidR="00273037" w:rsidRPr="006A0334" w:rsidRDefault="00000000">
      <w:pPr>
        <w:pStyle w:val="Ttulo2"/>
        <w:rPr>
          <w:rFonts w:cstheme="majorHAnsi"/>
        </w:rPr>
      </w:pPr>
      <w:r w:rsidRPr="006A0334">
        <w:rPr>
          <w:rFonts w:cstheme="majorHAnsi"/>
        </w:rPr>
        <w:t>OFFICIAL PROGRAM</w:t>
      </w:r>
    </w:p>
    <w:p w14:paraId="15ACAC23" w14:textId="77777777" w:rsidR="00273037" w:rsidRPr="006A0334" w:rsidRDefault="00000000">
      <w:pPr>
        <w:rPr>
          <w:rFonts w:asciiTheme="majorHAnsi" w:hAnsiTheme="majorHAnsi" w:cstheme="majorHAnsi"/>
        </w:rPr>
      </w:pPr>
      <w:r w:rsidRPr="006A0334">
        <w:rPr>
          <w:rFonts w:asciiTheme="majorHAnsi" w:hAnsiTheme="majorHAnsi" w:cstheme="majorHAnsi"/>
        </w:rPr>
        <w:t>Ground transportation associated with official included activities is provided according to the program's operational arrangements.</w:t>
      </w:r>
    </w:p>
    <w:p w14:paraId="1C5489D7" w14:textId="77777777" w:rsidR="00273037" w:rsidRPr="006A0334" w:rsidRDefault="00000000">
      <w:pPr>
        <w:pStyle w:val="Ttulo2"/>
        <w:rPr>
          <w:rFonts w:cstheme="majorHAnsi"/>
        </w:rPr>
      </w:pPr>
      <w:r w:rsidRPr="006A0334">
        <w:rPr>
          <w:rFonts w:cstheme="majorHAnsi"/>
        </w:rPr>
        <w:t>YOUR OWN PLANS</w:t>
      </w:r>
    </w:p>
    <w:p w14:paraId="7238CFC0" w14:textId="77777777" w:rsidR="00273037" w:rsidRPr="006A0334" w:rsidRDefault="00000000">
      <w:pPr>
        <w:rPr>
          <w:rFonts w:asciiTheme="majorHAnsi" w:hAnsiTheme="majorHAnsi" w:cstheme="majorHAnsi"/>
        </w:rPr>
      </w:pPr>
      <w:r w:rsidRPr="006A0334">
        <w:rPr>
          <w:rFonts w:asciiTheme="majorHAnsi" w:hAnsiTheme="majorHAnsi" w:cstheme="majorHAnsi"/>
        </w:rPr>
        <w:t>Transportation for personal activities, restaurants, shopping, nightlife or other independent plans is not automatically included. Carioca21 can assist with private transportation requests, subject to availability and additional charges.</w:t>
      </w:r>
    </w:p>
    <w:p w14:paraId="0886E001" w14:textId="77777777" w:rsidR="00273037" w:rsidRPr="006A0334" w:rsidRDefault="00000000">
      <w:pPr>
        <w:pStyle w:val="Ttulo2"/>
        <w:rPr>
          <w:rFonts w:cstheme="majorHAnsi"/>
        </w:rPr>
      </w:pPr>
      <w:r w:rsidRPr="006A0334">
        <w:rPr>
          <w:rFonts w:cstheme="majorHAnsi"/>
        </w:rPr>
        <w:t>MEETING POINTS</w:t>
      </w:r>
    </w:p>
    <w:p w14:paraId="3E142A9A" w14:textId="1B3BCADC" w:rsidR="00273037" w:rsidRDefault="00000000">
      <w:pPr>
        <w:rPr>
          <w:rFonts w:asciiTheme="majorHAnsi" w:hAnsiTheme="majorHAnsi" w:cstheme="majorHAnsi"/>
        </w:rPr>
      </w:pPr>
      <w:r w:rsidRPr="006A0334">
        <w:rPr>
          <w:rFonts w:asciiTheme="majorHAnsi" w:hAnsiTheme="majorHAnsi" w:cstheme="majorHAnsi"/>
        </w:rPr>
        <w:t>Daily meeting points and departure times may vary. Always follow the most recent official communication and arrive at the requested time so the group can operate smoothly.</w:t>
      </w:r>
    </w:p>
    <w:p w14:paraId="00AF96A2" w14:textId="77777777" w:rsidR="006A0334" w:rsidRPr="006A0334" w:rsidRDefault="006A0334">
      <w:pPr>
        <w:rPr>
          <w:rFonts w:asciiTheme="majorHAnsi" w:hAnsiTheme="majorHAnsi" w:cstheme="majorHAnsi"/>
        </w:rPr>
      </w:pPr>
    </w:p>
    <w:p w14:paraId="26B338A1"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NEED SOMETHING?</w:t>
      </w:r>
    </w:p>
    <w:p w14:paraId="4490346E"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YOUR CARIOCA21 CONCIERGE</w:t>
      </w:r>
    </w:p>
    <w:p w14:paraId="6B3845C9"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Your Rio insider &amp; local hospitality partner.</w:t>
      </w:r>
    </w:p>
    <w:p w14:paraId="68DA2A73" w14:textId="77777777" w:rsidR="00273037" w:rsidRPr="006A0334" w:rsidRDefault="00273037">
      <w:pPr>
        <w:rPr>
          <w:rFonts w:asciiTheme="majorHAnsi" w:hAnsiTheme="majorHAnsi" w:cstheme="majorHAnsi"/>
        </w:rPr>
      </w:pPr>
    </w:p>
    <w:p w14:paraId="149B767D" w14:textId="77777777" w:rsidR="00273037" w:rsidRPr="006A0334" w:rsidRDefault="00000000">
      <w:pPr>
        <w:rPr>
          <w:rFonts w:asciiTheme="majorHAnsi" w:hAnsiTheme="majorHAnsi" w:cstheme="majorHAnsi"/>
        </w:rPr>
      </w:pPr>
      <w:r w:rsidRPr="006A0334">
        <w:rPr>
          <w:rFonts w:asciiTheme="majorHAnsi" w:hAnsiTheme="majorHAnsi" w:cstheme="majorHAnsi"/>
        </w:rPr>
        <w:t>From the moment you arrive until the official stay ends, Carioca21 is your local connection in Rio.</w:t>
      </w:r>
    </w:p>
    <w:p w14:paraId="2B1D64CA" w14:textId="77777777" w:rsidR="00273037" w:rsidRPr="006A0334" w:rsidRDefault="00000000">
      <w:pPr>
        <w:pStyle w:val="Ttulo2"/>
        <w:rPr>
          <w:rFonts w:cstheme="majorHAnsi"/>
        </w:rPr>
      </w:pPr>
      <w:r w:rsidRPr="006A0334">
        <w:rPr>
          <w:rFonts w:cstheme="majorHAnsi"/>
        </w:rPr>
        <w:t>WE CAN HELP WITH</w:t>
      </w:r>
    </w:p>
    <w:p w14:paraId="21B068E2"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Accommodation questions</w:t>
      </w:r>
    </w:p>
    <w:p w14:paraId="07B4753B"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Airport-transfer coordination</w:t>
      </w:r>
    </w:p>
    <w:p w14:paraId="310204B8"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Restaurant ideas and reservations</w:t>
      </w:r>
    </w:p>
    <w:p w14:paraId="357BC7BC"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Optional experiences</w:t>
      </w:r>
    </w:p>
    <w:p w14:paraId="68AA364F"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Private transportation</w:t>
      </w:r>
    </w:p>
    <w:p w14:paraId="64F26BAF"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Free-time recommendations</w:t>
      </w:r>
    </w:p>
    <w:p w14:paraId="431A037F"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Additional nights</w:t>
      </w:r>
    </w:p>
    <w:p w14:paraId="580500B1"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Pre- and post-trip arrangements</w:t>
      </w:r>
    </w:p>
    <w:p w14:paraId="52F8732C"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Operational questions during the official program</w:t>
      </w:r>
    </w:p>
    <w:p w14:paraId="206735E7"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Local assistance when plans change</w:t>
      </w:r>
    </w:p>
    <w:tbl>
      <w:tblPr>
        <w:tblW w:w="0" w:type="auto"/>
        <w:jc w:val="center"/>
        <w:tblLook w:val="04A0" w:firstRow="1" w:lastRow="0" w:firstColumn="1" w:lastColumn="0" w:noHBand="0" w:noVBand="1"/>
      </w:tblPr>
      <w:tblGrid>
        <w:gridCol w:w="10282"/>
      </w:tblGrid>
      <w:tr w:rsidR="00273037" w:rsidRPr="006A0334" w14:paraId="3386CFCF" w14:textId="77777777">
        <w:trPr>
          <w:jc w:val="center"/>
        </w:trPr>
        <w:tc>
          <w:tcPr>
            <w:tcW w:w="10282" w:type="dxa"/>
            <w:shd w:val="clear" w:color="auto" w:fill="F6F6F4"/>
            <w:tcMar>
              <w:top w:w="160" w:type="dxa"/>
              <w:left w:w="180" w:type="dxa"/>
              <w:bottom w:w="160" w:type="dxa"/>
              <w:right w:w="180" w:type="dxa"/>
            </w:tcMar>
          </w:tcPr>
          <w:p w14:paraId="328BAD5E"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26"/>
              </w:rPr>
              <w:t>YOU ENJOY RIO. WE HELP YOU NAVIGATE IT.</w:t>
            </w:r>
          </w:p>
        </w:tc>
      </w:tr>
    </w:tbl>
    <w:p w14:paraId="55DEF7D0" w14:textId="77777777" w:rsidR="00273037" w:rsidRPr="006A0334" w:rsidRDefault="00273037">
      <w:pPr>
        <w:spacing w:after="0"/>
        <w:rPr>
          <w:rFonts w:asciiTheme="majorHAnsi" w:hAnsiTheme="majorHAnsi" w:cstheme="majorHAnsi"/>
        </w:rPr>
      </w:pPr>
    </w:p>
    <w:tbl>
      <w:tblPr>
        <w:tblW w:w="0" w:type="auto"/>
        <w:jc w:val="center"/>
        <w:tblLayout w:type="fixed"/>
        <w:tblLook w:val="04A0" w:firstRow="1" w:lastRow="0" w:firstColumn="1" w:lastColumn="0" w:noHBand="0" w:noVBand="1"/>
      </w:tblPr>
      <w:tblGrid>
        <w:gridCol w:w="3024"/>
        <w:gridCol w:w="6624"/>
      </w:tblGrid>
      <w:tr w:rsidR="00273037" w:rsidRPr="006A0334" w14:paraId="1D88BED4" w14:textId="77777777">
        <w:trPr>
          <w:jc w:val="center"/>
        </w:trPr>
        <w:tc>
          <w:tcPr>
            <w:tcW w:w="3024" w:type="dxa"/>
            <w:shd w:val="clear" w:color="auto" w:fill="FFF8CC"/>
            <w:tcMar>
              <w:top w:w="90" w:type="dxa"/>
              <w:left w:w="120" w:type="dxa"/>
              <w:bottom w:w="90" w:type="dxa"/>
              <w:right w:w="120" w:type="dxa"/>
            </w:tcMar>
          </w:tcPr>
          <w:p w14:paraId="65D5C891" w14:textId="77777777" w:rsidR="00273037" w:rsidRPr="006A0334" w:rsidRDefault="00000000">
            <w:pPr>
              <w:rPr>
                <w:rFonts w:asciiTheme="majorHAnsi" w:hAnsiTheme="majorHAnsi" w:cstheme="majorHAnsi"/>
              </w:rPr>
            </w:pPr>
            <w:r w:rsidRPr="006A0334">
              <w:rPr>
                <w:rFonts w:asciiTheme="majorHAnsi" w:hAnsiTheme="majorHAnsi" w:cstheme="majorHAnsi"/>
                <w:b/>
              </w:rPr>
              <w:t>WhatsApp</w:t>
            </w:r>
          </w:p>
        </w:tc>
        <w:tc>
          <w:tcPr>
            <w:tcW w:w="6624" w:type="dxa"/>
            <w:tcMar>
              <w:top w:w="90" w:type="dxa"/>
              <w:left w:w="120" w:type="dxa"/>
              <w:bottom w:w="90" w:type="dxa"/>
              <w:right w:w="120" w:type="dxa"/>
            </w:tcMar>
          </w:tcPr>
          <w:p w14:paraId="557C52FE" w14:textId="77777777" w:rsidR="00273037" w:rsidRPr="006A0334" w:rsidRDefault="00000000">
            <w:pPr>
              <w:rPr>
                <w:rFonts w:asciiTheme="majorHAnsi" w:hAnsiTheme="majorHAnsi" w:cstheme="majorHAnsi"/>
              </w:rPr>
            </w:pPr>
            <w:r w:rsidRPr="006A0334">
              <w:rPr>
                <w:rFonts w:asciiTheme="majorHAnsi" w:hAnsiTheme="majorHAnsi" w:cstheme="majorHAnsi"/>
              </w:rPr>
              <w:t>+55 21 98167-6164</w:t>
            </w:r>
          </w:p>
        </w:tc>
      </w:tr>
      <w:tr w:rsidR="00273037" w:rsidRPr="006A0334" w14:paraId="5E173529" w14:textId="77777777">
        <w:trPr>
          <w:jc w:val="center"/>
        </w:trPr>
        <w:tc>
          <w:tcPr>
            <w:tcW w:w="3024" w:type="dxa"/>
            <w:shd w:val="clear" w:color="auto" w:fill="FFF8CC"/>
            <w:tcMar>
              <w:top w:w="90" w:type="dxa"/>
              <w:left w:w="120" w:type="dxa"/>
              <w:bottom w:w="90" w:type="dxa"/>
              <w:right w:w="120" w:type="dxa"/>
            </w:tcMar>
          </w:tcPr>
          <w:p w14:paraId="220D9BB7" w14:textId="77777777" w:rsidR="00273037" w:rsidRPr="006A0334" w:rsidRDefault="00000000">
            <w:pPr>
              <w:rPr>
                <w:rFonts w:asciiTheme="majorHAnsi" w:hAnsiTheme="majorHAnsi" w:cstheme="majorHAnsi"/>
              </w:rPr>
            </w:pPr>
            <w:r w:rsidRPr="006A0334">
              <w:rPr>
                <w:rFonts w:asciiTheme="majorHAnsi" w:hAnsiTheme="majorHAnsi" w:cstheme="majorHAnsi"/>
                <w:b/>
              </w:rPr>
              <w:t>Email</w:t>
            </w:r>
          </w:p>
        </w:tc>
        <w:tc>
          <w:tcPr>
            <w:tcW w:w="6624" w:type="dxa"/>
            <w:tcMar>
              <w:top w:w="90" w:type="dxa"/>
              <w:left w:w="120" w:type="dxa"/>
              <w:bottom w:w="90" w:type="dxa"/>
              <w:right w:w="120" w:type="dxa"/>
            </w:tcMar>
          </w:tcPr>
          <w:p w14:paraId="7F1B8701" w14:textId="06A05866" w:rsidR="00273037" w:rsidRPr="006A0334" w:rsidRDefault="006A0334">
            <w:pPr>
              <w:rPr>
                <w:rFonts w:asciiTheme="majorHAnsi" w:hAnsiTheme="majorHAnsi" w:cstheme="majorHAnsi"/>
              </w:rPr>
            </w:pPr>
            <w:r>
              <w:rPr>
                <w:rFonts w:asciiTheme="majorHAnsi" w:hAnsiTheme="majorHAnsi" w:cstheme="majorHAnsi"/>
              </w:rPr>
              <w:t>conciergeassistance</w:t>
            </w:r>
            <w:r w:rsidRPr="006A0334">
              <w:rPr>
                <w:rFonts w:asciiTheme="majorHAnsi" w:hAnsiTheme="majorHAnsi" w:cstheme="majorHAnsi"/>
              </w:rPr>
              <w:t>@carioca21.com.br</w:t>
            </w:r>
          </w:p>
        </w:tc>
      </w:tr>
      <w:tr w:rsidR="00273037" w:rsidRPr="006A0334" w14:paraId="7E72EF0D" w14:textId="77777777">
        <w:trPr>
          <w:jc w:val="center"/>
        </w:trPr>
        <w:tc>
          <w:tcPr>
            <w:tcW w:w="3024" w:type="dxa"/>
            <w:shd w:val="clear" w:color="auto" w:fill="FFF8CC"/>
            <w:tcMar>
              <w:top w:w="90" w:type="dxa"/>
              <w:left w:w="120" w:type="dxa"/>
              <w:bottom w:w="90" w:type="dxa"/>
              <w:right w:w="120" w:type="dxa"/>
            </w:tcMar>
          </w:tcPr>
          <w:p w14:paraId="3B5F5337" w14:textId="77777777" w:rsidR="00273037" w:rsidRPr="006A0334" w:rsidRDefault="00000000">
            <w:pPr>
              <w:rPr>
                <w:rFonts w:asciiTheme="majorHAnsi" w:hAnsiTheme="majorHAnsi" w:cstheme="majorHAnsi"/>
              </w:rPr>
            </w:pPr>
            <w:r w:rsidRPr="006A0334">
              <w:rPr>
                <w:rFonts w:asciiTheme="majorHAnsi" w:hAnsiTheme="majorHAnsi" w:cstheme="majorHAnsi"/>
                <w:b/>
              </w:rPr>
              <w:t>Availability</w:t>
            </w:r>
          </w:p>
        </w:tc>
        <w:tc>
          <w:tcPr>
            <w:tcW w:w="6624" w:type="dxa"/>
            <w:tcMar>
              <w:top w:w="90" w:type="dxa"/>
              <w:left w:w="120" w:type="dxa"/>
              <w:bottom w:w="90" w:type="dxa"/>
              <w:right w:w="120" w:type="dxa"/>
            </w:tcMar>
          </w:tcPr>
          <w:p w14:paraId="53083F58" w14:textId="77777777" w:rsidR="00273037" w:rsidRPr="006A0334" w:rsidRDefault="00000000">
            <w:pPr>
              <w:rPr>
                <w:rFonts w:asciiTheme="majorHAnsi" w:hAnsiTheme="majorHAnsi" w:cstheme="majorHAnsi"/>
              </w:rPr>
            </w:pPr>
            <w:r w:rsidRPr="006A0334">
              <w:rPr>
                <w:rFonts w:asciiTheme="majorHAnsi" w:hAnsiTheme="majorHAnsi" w:cstheme="majorHAnsi"/>
              </w:rPr>
              <w:t>24/7 local assistance channel during the official stay</w:t>
            </w:r>
          </w:p>
        </w:tc>
      </w:tr>
    </w:tbl>
    <w:p w14:paraId="1C96B720" w14:textId="67D5B4FA" w:rsidR="00273037" w:rsidRDefault="00000000">
      <w:pPr>
        <w:rPr>
          <w:rFonts w:asciiTheme="majorHAnsi" w:hAnsiTheme="majorHAnsi" w:cstheme="majorHAnsi"/>
          <w:color w:val="5A5A5A"/>
          <w:sz w:val="17"/>
        </w:rPr>
      </w:pPr>
      <w:r w:rsidRPr="006A0334">
        <w:rPr>
          <w:rFonts w:asciiTheme="majorHAnsi" w:hAnsiTheme="majorHAnsi" w:cstheme="majorHAnsi"/>
          <w:color w:val="5A5A5A"/>
          <w:sz w:val="17"/>
        </w:rPr>
        <w:lastRenderedPageBreak/>
        <w:t>24/7 refers to access to the participant-assistance channel. It does not mean that every attraction, restaurant, transportation provider or optional activity operates 24 hours a day.</w:t>
      </w:r>
    </w:p>
    <w:p w14:paraId="123CCC8C" w14:textId="77777777" w:rsidR="006A0334" w:rsidRPr="006A0334" w:rsidRDefault="006A0334">
      <w:pPr>
        <w:rPr>
          <w:rFonts w:asciiTheme="majorHAnsi" w:hAnsiTheme="majorHAnsi" w:cstheme="majorHAnsi"/>
        </w:rPr>
      </w:pPr>
    </w:p>
    <w:p w14:paraId="5CFBF9BA"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STAY CONNECTED</w:t>
      </w:r>
    </w:p>
    <w:p w14:paraId="49A829C3"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OFFICIAL COMMUNICATIONS</w:t>
      </w:r>
    </w:p>
    <w:p w14:paraId="53570BD5"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The right information at the right time.</w:t>
      </w:r>
    </w:p>
    <w:p w14:paraId="4D6DDD18" w14:textId="77777777" w:rsidR="00273037" w:rsidRPr="006A0334" w:rsidRDefault="00273037">
      <w:pPr>
        <w:rPr>
          <w:rFonts w:asciiTheme="majorHAnsi" w:hAnsiTheme="majorHAnsi" w:cstheme="majorHAnsi"/>
        </w:rPr>
      </w:pPr>
    </w:p>
    <w:p w14:paraId="0AC7BF15" w14:textId="77777777" w:rsidR="00273037" w:rsidRPr="006A0334" w:rsidRDefault="00000000">
      <w:pPr>
        <w:rPr>
          <w:rFonts w:asciiTheme="majorHAnsi" w:hAnsiTheme="majorHAnsi" w:cstheme="majorHAnsi"/>
        </w:rPr>
      </w:pPr>
      <w:r w:rsidRPr="006A0334">
        <w:rPr>
          <w:rFonts w:asciiTheme="majorHAnsi" w:hAnsiTheme="majorHAnsi" w:cstheme="majorHAnsi"/>
        </w:rPr>
        <w:t>Email and WhatsApp may be used for operational communications related to your booking and participation, including accommodation information, payment notices, flight and transfer coordination, program updates, meeting points, schedule changes, safety information and participant assistance.</w:t>
      </w:r>
    </w:p>
    <w:p w14:paraId="2BFA488B" w14:textId="77777777" w:rsidR="00273037" w:rsidRPr="006A0334" w:rsidRDefault="00000000">
      <w:pPr>
        <w:pStyle w:val="Ttulo2"/>
        <w:rPr>
          <w:rFonts w:cstheme="majorHAnsi"/>
        </w:rPr>
      </w:pPr>
      <w:r w:rsidRPr="006A0334">
        <w:rPr>
          <w:rFonts w:cstheme="majorHAnsi"/>
        </w:rPr>
        <w:t>PLEASE KEEP YOUR CONTACT DETAILS CURRENT</w:t>
      </w:r>
    </w:p>
    <w:p w14:paraId="3BBDD403" w14:textId="77777777" w:rsidR="00273037" w:rsidRPr="006A0334" w:rsidRDefault="00000000">
      <w:pPr>
        <w:rPr>
          <w:rFonts w:asciiTheme="majorHAnsi" w:hAnsiTheme="majorHAnsi" w:cstheme="majorHAnsi"/>
        </w:rPr>
      </w:pPr>
      <w:r w:rsidRPr="006A0334">
        <w:rPr>
          <w:rFonts w:asciiTheme="majorHAnsi" w:hAnsiTheme="majorHAnsi" w:cstheme="majorHAnsi"/>
        </w:rPr>
        <w:t>If your email address, WhatsApp number, flight information, roommate information or other relevant booking details change, contact us promptly.</w:t>
      </w:r>
    </w:p>
    <w:p w14:paraId="7C7B56EB" w14:textId="77777777" w:rsidR="00273037" w:rsidRPr="006A0334" w:rsidRDefault="00000000">
      <w:pPr>
        <w:pStyle w:val="Ttulo2"/>
        <w:rPr>
          <w:rFonts w:cstheme="majorHAnsi"/>
        </w:rPr>
      </w:pPr>
      <w:r w:rsidRPr="006A0334">
        <w:rPr>
          <w:rFonts w:cstheme="majorHAnsi"/>
        </w:rPr>
        <w:t>PROGRAM UPDATES</w:t>
      </w:r>
    </w:p>
    <w:p w14:paraId="22C281CA" w14:textId="77777777" w:rsidR="00273037" w:rsidRPr="006A0334" w:rsidRDefault="00000000">
      <w:pPr>
        <w:rPr>
          <w:rFonts w:asciiTheme="majorHAnsi" w:hAnsiTheme="majorHAnsi" w:cstheme="majorHAnsi"/>
        </w:rPr>
      </w:pPr>
      <w:r w:rsidRPr="006A0334">
        <w:rPr>
          <w:rFonts w:asciiTheme="majorHAnsi" w:hAnsiTheme="majorHAnsi" w:cstheme="majorHAnsi"/>
        </w:rPr>
        <w:t>The published program represents the intended Brazil Trip experience. Weather, safety, traffic, supplier availability, attraction availability, local restrictions and other operational circumstances may require reasonable changes to times, routes, venues, activities or sequence.</w:t>
      </w:r>
    </w:p>
    <w:p w14:paraId="7FD89035" w14:textId="5CDE69CB" w:rsidR="00273037" w:rsidRDefault="00000000">
      <w:pPr>
        <w:rPr>
          <w:rFonts w:asciiTheme="majorHAnsi" w:hAnsiTheme="majorHAnsi" w:cstheme="majorHAnsi"/>
        </w:rPr>
      </w:pPr>
      <w:r w:rsidRPr="006A0334">
        <w:rPr>
          <w:rFonts w:asciiTheme="majorHAnsi" w:hAnsiTheme="majorHAnsi" w:cstheme="majorHAnsi"/>
        </w:rPr>
        <w:t>Whenever reasonably possible, the team will seek to adjust, reschedule or provide an appropriate alternative while preserving the overall experience.</w:t>
      </w:r>
    </w:p>
    <w:p w14:paraId="5F1BA1AD" w14:textId="77777777" w:rsidR="006A0334" w:rsidRPr="006A0334" w:rsidRDefault="006A0334">
      <w:pPr>
        <w:rPr>
          <w:rFonts w:asciiTheme="majorHAnsi" w:hAnsiTheme="majorHAnsi" w:cstheme="majorHAnsi"/>
        </w:rPr>
      </w:pPr>
    </w:p>
    <w:p w14:paraId="3221444E"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IMPORTANT INFORMATION</w:t>
      </w:r>
    </w:p>
    <w:p w14:paraId="41463256"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PARTICIPANT RESPONSIBILITY</w:t>
      </w:r>
    </w:p>
    <w:p w14:paraId="3D05EA74"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Help us make the experience work for everyone.</w:t>
      </w:r>
    </w:p>
    <w:p w14:paraId="27003C7C" w14:textId="77777777" w:rsidR="00273037" w:rsidRPr="006A0334" w:rsidRDefault="00273037">
      <w:pPr>
        <w:rPr>
          <w:rFonts w:asciiTheme="majorHAnsi" w:hAnsiTheme="majorHAnsi" w:cstheme="majorHAnsi"/>
        </w:rPr>
      </w:pPr>
    </w:p>
    <w:p w14:paraId="4F1D1A71"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Provide accurate registration, contact, accommodation and travel information.</w:t>
      </w:r>
    </w:p>
    <w:p w14:paraId="2A8C4023"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Follow applicable laws, hotel rules, activity requirements and reasonable operational instructions.</w:t>
      </w:r>
    </w:p>
    <w:p w14:paraId="61854572"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Treat participants, instructors, staff, suppliers and local communities with respect.</w:t>
      </w:r>
    </w:p>
    <w:p w14:paraId="50C6123C"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Follow safety instructions during BJJ sessions, tours, transportation and optional activities.</w:t>
      </w:r>
    </w:p>
    <w:p w14:paraId="59B6703F"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Be on time for group departures and meeting points.</w:t>
      </w:r>
    </w:p>
    <w:p w14:paraId="46FD02AB"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Review official communications during the trip.</w:t>
      </w:r>
    </w:p>
    <w:p w14:paraId="735C3588" w14:textId="77777777" w:rsidR="00273037" w:rsidRPr="006A0334" w:rsidRDefault="00000000">
      <w:pPr>
        <w:pStyle w:val="Commarcadores"/>
        <w:rPr>
          <w:rFonts w:asciiTheme="majorHAnsi" w:hAnsiTheme="majorHAnsi" w:cstheme="majorHAnsi"/>
        </w:rPr>
      </w:pPr>
      <w:r w:rsidRPr="006A0334">
        <w:rPr>
          <w:rFonts w:asciiTheme="majorHAnsi" w:hAnsiTheme="majorHAnsi" w:cstheme="majorHAnsi"/>
        </w:rPr>
        <w:t>Contact the team when you need assistance rather than relying on unconfirmed information.</w:t>
      </w:r>
    </w:p>
    <w:p w14:paraId="337E9353" w14:textId="77777777" w:rsidR="00273037" w:rsidRPr="006A0334" w:rsidRDefault="00000000">
      <w:pPr>
        <w:pStyle w:val="Ttulo2"/>
        <w:rPr>
          <w:rFonts w:cstheme="majorHAnsi"/>
        </w:rPr>
      </w:pPr>
      <w:r w:rsidRPr="006A0334">
        <w:rPr>
          <w:rFonts w:cstheme="majorHAnsi"/>
        </w:rPr>
        <w:t>BOOKING &amp; POLICIES</w:t>
      </w:r>
    </w:p>
    <w:p w14:paraId="19E6A6CE" w14:textId="77777777" w:rsidR="00273037" w:rsidRPr="006A0334" w:rsidRDefault="00000000">
      <w:pPr>
        <w:rPr>
          <w:rFonts w:asciiTheme="majorHAnsi" w:hAnsiTheme="majorHAnsi" w:cstheme="majorHAnsi"/>
        </w:rPr>
      </w:pPr>
      <w:r w:rsidRPr="006A0334">
        <w:rPr>
          <w:rFonts w:asciiTheme="majorHAnsi" w:hAnsiTheme="majorHAnsi" w:cstheme="majorHAnsi"/>
        </w:rPr>
        <w:t>Your confirmed booking remains subject to the applicable Terms &amp; Conditions, package description, Booking Summary, Payment Schedule, Privacy Policy and any specific conditions presented and accepted during booking.</w:t>
      </w:r>
    </w:p>
    <w:p w14:paraId="6ABAC92C" w14:textId="6B634647" w:rsidR="00273037" w:rsidRDefault="00000000">
      <w:pPr>
        <w:rPr>
          <w:rFonts w:asciiTheme="majorHAnsi" w:hAnsiTheme="majorHAnsi" w:cstheme="majorHAnsi"/>
        </w:rPr>
      </w:pPr>
      <w:r w:rsidRPr="006A0334">
        <w:rPr>
          <w:rFonts w:asciiTheme="majorHAnsi" w:hAnsiTheme="majorHAnsi" w:cstheme="majorHAnsi"/>
        </w:rPr>
        <w:lastRenderedPageBreak/>
        <w:t>Cancellation, refund, No-Show, payment, accommodation, program-change and other contractual rules are governed by the applicable Terms &amp; Conditions and mandatory law.</w:t>
      </w:r>
    </w:p>
    <w:p w14:paraId="4AEBB1C3" w14:textId="77777777" w:rsidR="006A0334" w:rsidRPr="006A0334" w:rsidRDefault="006A0334">
      <w:pPr>
        <w:rPr>
          <w:rFonts w:asciiTheme="majorHAnsi" w:hAnsiTheme="majorHAnsi" w:cstheme="majorHAnsi"/>
        </w:rPr>
      </w:pPr>
    </w:p>
    <w:p w14:paraId="1AC484FD"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YOUR INFORMATION</w:t>
      </w:r>
    </w:p>
    <w:p w14:paraId="002E95E3"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PRIVACY &amp; PARTICIPANT DATA</w:t>
      </w:r>
    </w:p>
    <w:p w14:paraId="1638CCE1"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Information used to organize your experience.</w:t>
      </w:r>
    </w:p>
    <w:p w14:paraId="1C189C0C" w14:textId="77777777" w:rsidR="00273037" w:rsidRPr="006A0334" w:rsidRDefault="00273037">
      <w:pPr>
        <w:rPr>
          <w:rFonts w:asciiTheme="majorHAnsi" w:hAnsiTheme="majorHAnsi" w:cstheme="majorHAnsi"/>
        </w:rPr>
      </w:pPr>
    </w:p>
    <w:p w14:paraId="77274510" w14:textId="77777777" w:rsidR="00273037" w:rsidRPr="006A0334" w:rsidRDefault="00000000">
      <w:pPr>
        <w:rPr>
          <w:rFonts w:asciiTheme="majorHAnsi" w:hAnsiTheme="majorHAnsi" w:cstheme="majorHAnsi"/>
        </w:rPr>
      </w:pPr>
      <w:r w:rsidRPr="006A0334">
        <w:rPr>
          <w:rFonts w:asciiTheme="majorHAnsi" w:hAnsiTheme="majorHAnsi" w:cstheme="majorHAnsi"/>
        </w:rPr>
        <w:t>Information may be collected and used when reasonably necessary to manage registration, accommodation, payments, airport transfers, official transportation, activities, participant assistance, family and child arrangements, optional-service requests and operational communications.</w:t>
      </w:r>
    </w:p>
    <w:p w14:paraId="38917EE2" w14:textId="77777777" w:rsidR="00273037" w:rsidRPr="006A0334" w:rsidRDefault="00000000">
      <w:pPr>
        <w:rPr>
          <w:rFonts w:asciiTheme="majorHAnsi" w:hAnsiTheme="majorHAnsi" w:cstheme="majorHAnsi"/>
        </w:rPr>
      </w:pPr>
      <w:r w:rsidRPr="006A0334">
        <w:rPr>
          <w:rFonts w:asciiTheme="majorHAnsi" w:hAnsiTheme="majorHAnsi" w:cstheme="majorHAnsi"/>
        </w:rPr>
        <w:t>Some information, such as allergies, dietary requirements, accessibility needs or other health-related details, may be sensitive. Provide such information only through the appropriate official channels when reasonably necessary for support, safety or participation.</w:t>
      </w:r>
    </w:p>
    <w:p w14:paraId="40BD788C" w14:textId="77777777" w:rsidR="00273037" w:rsidRPr="006A0334" w:rsidRDefault="00000000">
      <w:pPr>
        <w:pStyle w:val="Ttulo2"/>
        <w:rPr>
          <w:rFonts w:cstheme="majorHAnsi"/>
        </w:rPr>
      </w:pPr>
      <w:r w:rsidRPr="006A0334">
        <w:rPr>
          <w:rFonts w:cstheme="majorHAnsi"/>
        </w:rPr>
        <w:t>PHOTOS &amp; VIDEO</w:t>
      </w:r>
    </w:p>
    <w:p w14:paraId="3FC66189" w14:textId="77777777" w:rsidR="00273037" w:rsidRPr="006A0334" w:rsidRDefault="00000000">
      <w:pPr>
        <w:rPr>
          <w:rFonts w:asciiTheme="majorHAnsi" w:hAnsiTheme="majorHAnsi" w:cstheme="majorHAnsi"/>
        </w:rPr>
      </w:pPr>
      <w:r w:rsidRPr="006A0334">
        <w:rPr>
          <w:rFonts w:asciiTheme="majorHAnsi" w:hAnsiTheme="majorHAnsi" w:cstheme="majorHAnsi"/>
        </w:rPr>
        <w:t>Photos and video may be produced during the Brazil Trip for event documentation, community communication and promotional purposes. Any use of identifiable image, voice or other personal information remains subject to applicable law and any consent or authorization required for the intended use.</w:t>
      </w:r>
    </w:p>
    <w:p w14:paraId="50716AB5" w14:textId="1CC4FD27" w:rsidR="00273037" w:rsidRDefault="00000000">
      <w:pPr>
        <w:rPr>
          <w:rFonts w:asciiTheme="majorHAnsi" w:hAnsiTheme="majorHAnsi" w:cstheme="majorHAnsi"/>
        </w:rPr>
      </w:pPr>
      <w:r w:rsidRPr="006A0334">
        <w:rPr>
          <w:rFonts w:asciiTheme="majorHAnsi" w:hAnsiTheme="majorHAnsi" w:cstheme="majorHAnsi"/>
        </w:rPr>
        <w:t>Review the official Privacy Policy for the complete information on how participant data may be processed.</w:t>
      </w:r>
    </w:p>
    <w:p w14:paraId="7A620AD3" w14:textId="77777777" w:rsidR="006A0334" w:rsidRPr="006A0334" w:rsidRDefault="006A0334">
      <w:pPr>
        <w:rPr>
          <w:rFonts w:asciiTheme="majorHAnsi" w:hAnsiTheme="majorHAnsi" w:cstheme="majorHAnsi"/>
        </w:rPr>
      </w:pPr>
    </w:p>
    <w:p w14:paraId="2A1784E3"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KEEP THIS PAGE HANDY</w:t>
      </w:r>
    </w:p>
    <w:p w14:paraId="6351B7DA"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QUICK CONTACTS</w:t>
      </w:r>
    </w:p>
    <w:p w14:paraId="510719A9"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The information you may need most.</w:t>
      </w:r>
    </w:p>
    <w:p w14:paraId="18703EB7" w14:textId="77777777" w:rsidR="00273037" w:rsidRPr="006A0334" w:rsidRDefault="00273037">
      <w:pPr>
        <w:rPr>
          <w:rFonts w:asciiTheme="majorHAnsi" w:hAnsiTheme="majorHAnsi" w:cstheme="majorHAnsi"/>
        </w:rPr>
      </w:pPr>
    </w:p>
    <w:tbl>
      <w:tblPr>
        <w:tblW w:w="0" w:type="auto"/>
        <w:jc w:val="center"/>
        <w:tblLayout w:type="fixed"/>
        <w:tblLook w:val="04A0" w:firstRow="1" w:lastRow="0" w:firstColumn="1" w:lastColumn="0" w:noHBand="0" w:noVBand="1"/>
      </w:tblPr>
      <w:tblGrid>
        <w:gridCol w:w="3024"/>
        <w:gridCol w:w="6624"/>
      </w:tblGrid>
      <w:tr w:rsidR="00273037" w:rsidRPr="00F170DC" w14:paraId="508EAD3E" w14:textId="77777777">
        <w:trPr>
          <w:jc w:val="center"/>
        </w:trPr>
        <w:tc>
          <w:tcPr>
            <w:tcW w:w="3024" w:type="dxa"/>
            <w:shd w:val="clear" w:color="auto" w:fill="FFF8CC"/>
            <w:tcMar>
              <w:top w:w="90" w:type="dxa"/>
              <w:left w:w="120" w:type="dxa"/>
              <w:bottom w:w="90" w:type="dxa"/>
              <w:right w:w="120" w:type="dxa"/>
            </w:tcMar>
          </w:tcPr>
          <w:p w14:paraId="2522AF8D" w14:textId="77777777" w:rsidR="00273037" w:rsidRPr="006A0334" w:rsidRDefault="00000000">
            <w:pPr>
              <w:rPr>
                <w:rFonts w:asciiTheme="majorHAnsi" w:hAnsiTheme="majorHAnsi" w:cstheme="majorHAnsi"/>
              </w:rPr>
            </w:pPr>
            <w:r w:rsidRPr="006A0334">
              <w:rPr>
                <w:rFonts w:asciiTheme="majorHAnsi" w:hAnsiTheme="majorHAnsi" w:cstheme="majorHAnsi"/>
                <w:b/>
              </w:rPr>
              <w:t>Brazil Trip</w:t>
            </w:r>
          </w:p>
        </w:tc>
        <w:tc>
          <w:tcPr>
            <w:tcW w:w="6624" w:type="dxa"/>
            <w:tcMar>
              <w:top w:w="90" w:type="dxa"/>
              <w:left w:w="120" w:type="dxa"/>
              <w:bottom w:w="90" w:type="dxa"/>
              <w:right w:w="120" w:type="dxa"/>
            </w:tcMar>
          </w:tcPr>
          <w:p w14:paraId="3EB5691F" w14:textId="77777777" w:rsidR="00273037" w:rsidRPr="006A0334" w:rsidRDefault="00000000">
            <w:pPr>
              <w:rPr>
                <w:rFonts w:asciiTheme="majorHAnsi" w:hAnsiTheme="majorHAnsi" w:cstheme="majorHAnsi"/>
                <w:lang w:val="pt-BR"/>
              </w:rPr>
            </w:pPr>
            <w:r w:rsidRPr="006A0334">
              <w:rPr>
                <w:rFonts w:asciiTheme="majorHAnsi" w:hAnsiTheme="majorHAnsi" w:cstheme="majorHAnsi"/>
                <w:lang w:val="pt-BR"/>
              </w:rPr>
              <w:t xml:space="preserve">Nova Geração Brazil </w:t>
            </w:r>
            <w:proofErr w:type="spellStart"/>
            <w:r w:rsidRPr="006A0334">
              <w:rPr>
                <w:rFonts w:asciiTheme="majorHAnsi" w:hAnsiTheme="majorHAnsi" w:cstheme="majorHAnsi"/>
                <w:lang w:val="pt-BR"/>
              </w:rPr>
              <w:t>Trip</w:t>
            </w:r>
            <w:proofErr w:type="spellEnd"/>
            <w:r w:rsidRPr="006A0334">
              <w:rPr>
                <w:rFonts w:asciiTheme="majorHAnsi" w:hAnsiTheme="majorHAnsi" w:cstheme="majorHAnsi"/>
                <w:lang w:val="pt-BR"/>
              </w:rPr>
              <w:t xml:space="preserve"> — </w:t>
            </w:r>
            <w:proofErr w:type="spellStart"/>
            <w:r w:rsidRPr="006A0334">
              <w:rPr>
                <w:rFonts w:asciiTheme="majorHAnsi" w:hAnsiTheme="majorHAnsi" w:cstheme="majorHAnsi"/>
                <w:lang w:val="pt-BR"/>
              </w:rPr>
              <w:t>Edition</w:t>
            </w:r>
            <w:proofErr w:type="spellEnd"/>
            <w:r w:rsidRPr="006A0334">
              <w:rPr>
                <w:rFonts w:asciiTheme="majorHAnsi" w:hAnsiTheme="majorHAnsi" w:cstheme="majorHAnsi"/>
                <w:lang w:val="pt-BR"/>
              </w:rPr>
              <w:t xml:space="preserve"> III</w:t>
            </w:r>
          </w:p>
        </w:tc>
      </w:tr>
      <w:tr w:rsidR="00273037" w:rsidRPr="006A0334" w14:paraId="64F6F8D8" w14:textId="77777777">
        <w:trPr>
          <w:jc w:val="center"/>
        </w:trPr>
        <w:tc>
          <w:tcPr>
            <w:tcW w:w="3024" w:type="dxa"/>
            <w:shd w:val="clear" w:color="auto" w:fill="FFF8CC"/>
            <w:tcMar>
              <w:top w:w="90" w:type="dxa"/>
              <w:left w:w="120" w:type="dxa"/>
              <w:bottom w:w="90" w:type="dxa"/>
              <w:right w:w="120" w:type="dxa"/>
            </w:tcMar>
          </w:tcPr>
          <w:p w14:paraId="0C98FB58" w14:textId="77777777" w:rsidR="00273037" w:rsidRPr="006A0334" w:rsidRDefault="00000000">
            <w:pPr>
              <w:rPr>
                <w:rFonts w:asciiTheme="majorHAnsi" w:hAnsiTheme="majorHAnsi" w:cstheme="majorHAnsi"/>
              </w:rPr>
            </w:pPr>
            <w:r w:rsidRPr="006A0334">
              <w:rPr>
                <w:rFonts w:asciiTheme="majorHAnsi" w:hAnsiTheme="majorHAnsi" w:cstheme="majorHAnsi"/>
                <w:b/>
              </w:rPr>
              <w:t>Official Dates</w:t>
            </w:r>
          </w:p>
        </w:tc>
        <w:tc>
          <w:tcPr>
            <w:tcW w:w="6624" w:type="dxa"/>
            <w:tcMar>
              <w:top w:w="90" w:type="dxa"/>
              <w:left w:w="120" w:type="dxa"/>
              <w:bottom w:w="90" w:type="dxa"/>
              <w:right w:w="120" w:type="dxa"/>
            </w:tcMar>
          </w:tcPr>
          <w:p w14:paraId="63EF0DF2" w14:textId="77777777" w:rsidR="00273037" w:rsidRPr="006A0334" w:rsidRDefault="00000000">
            <w:pPr>
              <w:rPr>
                <w:rFonts w:asciiTheme="majorHAnsi" w:hAnsiTheme="majorHAnsi" w:cstheme="majorHAnsi"/>
              </w:rPr>
            </w:pPr>
            <w:r w:rsidRPr="006A0334">
              <w:rPr>
                <w:rFonts w:asciiTheme="majorHAnsi" w:hAnsiTheme="majorHAnsi" w:cstheme="majorHAnsi"/>
              </w:rPr>
              <w:t>July 24–31, 2027</w:t>
            </w:r>
          </w:p>
        </w:tc>
      </w:tr>
      <w:tr w:rsidR="00273037" w:rsidRPr="006A0334" w14:paraId="107BC1A2" w14:textId="77777777">
        <w:trPr>
          <w:jc w:val="center"/>
        </w:trPr>
        <w:tc>
          <w:tcPr>
            <w:tcW w:w="3024" w:type="dxa"/>
            <w:shd w:val="clear" w:color="auto" w:fill="FFF8CC"/>
            <w:tcMar>
              <w:top w:w="90" w:type="dxa"/>
              <w:left w:w="120" w:type="dxa"/>
              <w:bottom w:w="90" w:type="dxa"/>
              <w:right w:w="120" w:type="dxa"/>
            </w:tcMar>
          </w:tcPr>
          <w:p w14:paraId="71B560F0" w14:textId="77777777" w:rsidR="00273037" w:rsidRPr="006A0334" w:rsidRDefault="00000000">
            <w:pPr>
              <w:rPr>
                <w:rFonts w:asciiTheme="majorHAnsi" w:hAnsiTheme="majorHAnsi" w:cstheme="majorHAnsi"/>
              </w:rPr>
            </w:pPr>
            <w:r w:rsidRPr="006A0334">
              <w:rPr>
                <w:rFonts w:asciiTheme="majorHAnsi" w:hAnsiTheme="majorHAnsi" w:cstheme="majorHAnsi"/>
                <w:b/>
              </w:rPr>
              <w:t>Local Partner</w:t>
            </w:r>
          </w:p>
        </w:tc>
        <w:tc>
          <w:tcPr>
            <w:tcW w:w="6624" w:type="dxa"/>
            <w:tcMar>
              <w:top w:w="90" w:type="dxa"/>
              <w:left w:w="120" w:type="dxa"/>
              <w:bottom w:w="90" w:type="dxa"/>
              <w:right w:w="120" w:type="dxa"/>
            </w:tcMar>
          </w:tcPr>
          <w:p w14:paraId="5654DBA9" w14:textId="77777777" w:rsidR="00273037" w:rsidRPr="006A0334" w:rsidRDefault="00000000">
            <w:pPr>
              <w:rPr>
                <w:rFonts w:asciiTheme="majorHAnsi" w:hAnsiTheme="majorHAnsi" w:cstheme="majorHAnsi"/>
              </w:rPr>
            </w:pPr>
            <w:r w:rsidRPr="006A0334">
              <w:rPr>
                <w:rFonts w:asciiTheme="majorHAnsi" w:hAnsiTheme="majorHAnsi" w:cstheme="majorHAnsi"/>
              </w:rPr>
              <w:t>Carioca21 Hospitality &amp; Tourism Experiences</w:t>
            </w:r>
          </w:p>
        </w:tc>
      </w:tr>
      <w:tr w:rsidR="00273037" w:rsidRPr="006A0334" w14:paraId="36915772" w14:textId="77777777">
        <w:trPr>
          <w:jc w:val="center"/>
        </w:trPr>
        <w:tc>
          <w:tcPr>
            <w:tcW w:w="3024" w:type="dxa"/>
            <w:shd w:val="clear" w:color="auto" w:fill="FFF8CC"/>
            <w:tcMar>
              <w:top w:w="90" w:type="dxa"/>
              <w:left w:w="120" w:type="dxa"/>
              <w:bottom w:w="90" w:type="dxa"/>
              <w:right w:w="120" w:type="dxa"/>
            </w:tcMar>
          </w:tcPr>
          <w:p w14:paraId="76C01227" w14:textId="77777777" w:rsidR="00273037" w:rsidRPr="006A0334" w:rsidRDefault="00000000">
            <w:pPr>
              <w:rPr>
                <w:rFonts w:asciiTheme="majorHAnsi" w:hAnsiTheme="majorHAnsi" w:cstheme="majorHAnsi"/>
              </w:rPr>
            </w:pPr>
            <w:r w:rsidRPr="006A0334">
              <w:rPr>
                <w:rFonts w:asciiTheme="majorHAnsi" w:hAnsiTheme="majorHAnsi" w:cstheme="majorHAnsi"/>
                <w:b/>
              </w:rPr>
              <w:t>WhatsApp</w:t>
            </w:r>
          </w:p>
        </w:tc>
        <w:tc>
          <w:tcPr>
            <w:tcW w:w="6624" w:type="dxa"/>
            <w:tcMar>
              <w:top w:w="90" w:type="dxa"/>
              <w:left w:w="120" w:type="dxa"/>
              <w:bottom w:w="90" w:type="dxa"/>
              <w:right w:w="120" w:type="dxa"/>
            </w:tcMar>
          </w:tcPr>
          <w:p w14:paraId="41856C1C" w14:textId="77777777" w:rsidR="00273037" w:rsidRPr="006A0334" w:rsidRDefault="00000000">
            <w:pPr>
              <w:rPr>
                <w:rFonts w:asciiTheme="majorHAnsi" w:hAnsiTheme="majorHAnsi" w:cstheme="majorHAnsi"/>
              </w:rPr>
            </w:pPr>
            <w:r w:rsidRPr="006A0334">
              <w:rPr>
                <w:rFonts w:asciiTheme="majorHAnsi" w:hAnsiTheme="majorHAnsi" w:cstheme="majorHAnsi"/>
              </w:rPr>
              <w:t>+55 21 98167-6164</w:t>
            </w:r>
          </w:p>
        </w:tc>
      </w:tr>
      <w:tr w:rsidR="00273037" w:rsidRPr="006A0334" w14:paraId="0D27856F" w14:textId="77777777">
        <w:trPr>
          <w:jc w:val="center"/>
        </w:trPr>
        <w:tc>
          <w:tcPr>
            <w:tcW w:w="3024" w:type="dxa"/>
            <w:shd w:val="clear" w:color="auto" w:fill="FFF8CC"/>
            <w:tcMar>
              <w:top w:w="90" w:type="dxa"/>
              <w:left w:w="120" w:type="dxa"/>
              <w:bottom w:w="90" w:type="dxa"/>
              <w:right w:w="120" w:type="dxa"/>
            </w:tcMar>
          </w:tcPr>
          <w:p w14:paraId="00D49220" w14:textId="77777777" w:rsidR="00273037" w:rsidRPr="006A0334" w:rsidRDefault="00000000">
            <w:pPr>
              <w:rPr>
                <w:rFonts w:asciiTheme="majorHAnsi" w:hAnsiTheme="majorHAnsi" w:cstheme="majorHAnsi"/>
              </w:rPr>
            </w:pPr>
            <w:r w:rsidRPr="006A0334">
              <w:rPr>
                <w:rFonts w:asciiTheme="majorHAnsi" w:hAnsiTheme="majorHAnsi" w:cstheme="majorHAnsi"/>
                <w:b/>
              </w:rPr>
              <w:t>Email</w:t>
            </w:r>
          </w:p>
        </w:tc>
        <w:tc>
          <w:tcPr>
            <w:tcW w:w="6624" w:type="dxa"/>
            <w:tcMar>
              <w:top w:w="90" w:type="dxa"/>
              <w:left w:w="120" w:type="dxa"/>
              <w:bottom w:w="90" w:type="dxa"/>
              <w:right w:w="120" w:type="dxa"/>
            </w:tcMar>
          </w:tcPr>
          <w:p w14:paraId="75F683B4" w14:textId="52C9BDB5" w:rsidR="00273037" w:rsidRPr="006A0334" w:rsidRDefault="006A0334">
            <w:pPr>
              <w:rPr>
                <w:rFonts w:asciiTheme="majorHAnsi" w:hAnsiTheme="majorHAnsi" w:cstheme="majorHAnsi"/>
              </w:rPr>
            </w:pPr>
            <w:r>
              <w:rPr>
                <w:rFonts w:asciiTheme="majorHAnsi" w:hAnsiTheme="majorHAnsi" w:cstheme="majorHAnsi"/>
              </w:rPr>
              <w:t>conciergeassistance</w:t>
            </w:r>
            <w:r w:rsidRPr="006A0334">
              <w:rPr>
                <w:rFonts w:asciiTheme="majorHAnsi" w:hAnsiTheme="majorHAnsi" w:cstheme="majorHAnsi"/>
              </w:rPr>
              <w:t>@carioca21.com.br</w:t>
            </w:r>
          </w:p>
        </w:tc>
      </w:tr>
      <w:tr w:rsidR="00273037" w:rsidRPr="006A0334" w14:paraId="3922D385" w14:textId="77777777">
        <w:trPr>
          <w:jc w:val="center"/>
        </w:trPr>
        <w:tc>
          <w:tcPr>
            <w:tcW w:w="3024" w:type="dxa"/>
            <w:shd w:val="clear" w:color="auto" w:fill="FFF8CC"/>
            <w:tcMar>
              <w:top w:w="90" w:type="dxa"/>
              <w:left w:w="120" w:type="dxa"/>
              <w:bottom w:w="90" w:type="dxa"/>
              <w:right w:w="120" w:type="dxa"/>
            </w:tcMar>
          </w:tcPr>
          <w:p w14:paraId="4036A7B3" w14:textId="77777777" w:rsidR="00273037" w:rsidRPr="006A0334" w:rsidRDefault="00000000">
            <w:pPr>
              <w:rPr>
                <w:rFonts w:asciiTheme="majorHAnsi" w:hAnsiTheme="majorHAnsi" w:cstheme="majorHAnsi"/>
              </w:rPr>
            </w:pPr>
            <w:r w:rsidRPr="006A0334">
              <w:rPr>
                <w:rFonts w:asciiTheme="majorHAnsi" w:hAnsiTheme="majorHAnsi" w:cstheme="majorHAnsi"/>
                <w:b/>
              </w:rPr>
              <w:t>Hotel</w:t>
            </w:r>
          </w:p>
        </w:tc>
        <w:tc>
          <w:tcPr>
            <w:tcW w:w="6624" w:type="dxa"/>
            <w:tcMar>
              <w:top w:w="90" w:type="dxa"/>
              <w:left w:w="120" w:type="dxa"/>
              <w:bottom w:w="90" w:type="dxa"/>
              <w:right w:w="120" w:type="dxa"/>
            </w:tcMar>
          </w:tcPr>
          <w:p w14:paraId="0BCC5699" w14:textId="77777777" w:rsidR="00273037" w:rsidRPr="006A0334" w:rsidRDefault="00000000">
            <w:pPr>
              <w:rPr>
                <w:rFonts w:asciiTheme="majorHAnsi" w:hAnsiTheme="majorHAnsi" w:cstheme="majorHAnsi"/>
              </w:rPr>
            </w:pPr>
            <w:r w:rsidRPr="006A0334">
              <w:rPr>
                <w:rFonts w:asciiTheme="majorHAnsi" w:hAnsiTheme="majorHAnsi" w:cstheme="majorHAnsi"/>
              </w:rPr>
              <w:t>Premium 4-Star Hotel — Leblon</w:t>
            </w:r>
          </w:p>
        </w:tc>
      </w:tr>
      <w:tr w:rsidR="00273037" w:rsidRPr="006A0334" w14:paraId="43940FAB" w14:textId="77777777">
        <w:trPr>
          <w:jc w:val="center"/>
        </w:trPr>
        <w:tc>
          <w:tcPr>
            <w:tcW w:w="3024" w:type="dxa"/>
            <w:shd w:val="clear" w:color="auto" w:fill="FFF8CC"/>
            <w:tcMar>
              <w:top w:w="90" w:type="dxa"/>
              <w:left w:w="120" w:type="dxa"/>
              <w:bottom w:w="90" w:type="dxa"/>
              <w:right w:w="120" w:type="dxa"/>
            </w:tcMar>
          </w:tcPr>
          <w:p w14:paraId="0819680A" w14:textId="77777777" w:rsidR="00273037" w:rsidRPr="006A0334" w:rsidRDefault="00000000">
            <w:pPr>
              <w:rPr>
                <w:rFonts w:asciiTheme="majorHAnsi" w:hAnsiTheme="majorHAnsi" w:cstheme="majorHAnsi"/>
              </w:rPr>
            </w:pPr>
            <w:r w:rsidRPr="006A0334">
              <w:rPr>
                <w:rFonts w:asciiTheme="majorHAnsi" w:hAnsiTheme="majorHAnsi" w:cstheme="majorHAnsi"/>
                <w:b/>
              </w:rPr>
              <w:lastRenderedPageBreak/>
              <w:t>Hotel Address</w:t>
            </w:r>
          </w:p>
        </w:tc>
        <w:tc>
          <w:tcPr>
            <w:tcW w:w="6624" w:type="dxa"/>
            <w:tcMar>
              <w:top w:w="90" w:type="dxa"/>
              <w:left w:w="120" w:type="dxa"/>
              <w:bottom w:w="90" w:type="dxa"/>
              <w:right w:w="120" w:type="dxa"/>
            </w:tcMar>
          </w:tcPr>
          <w:p w14:paraId="51B90F7D" w14:textId="77777777" w:rsidR="00273037" w:rsidRPr="006A0334" w:rsidRDefault="00000000">
            <w:pPr>
              <w:rPr>
                <w:rFonts w:asciiTheme="majorHAnsi" w:hAnsiTheme="majorHAnsi" w:cstheme="majorHAnsi"/>
              </w:rPr>
            </w:pPr>
            <w:r w:rsidRPr="006A0334">
              <w:rPr>
                <w:rFonts w:asciiTheme="majorHAnsi" w:hAnsiTheme="majorHAnsi" w:cstheme="majorHAnsi"/>
              </w:rPr>
              <w:t xml:space="preserve">To be provided to confirmed participants through </w:t>
            </w:r>
            <w:proofErr w:type="gramStart"/>
            <w:r w:rsidRPr="006A0334">
              <w:rPr>
                <w:rFonts w:asciiTheme="majorHAnsi" w:hAnsiTheme="majorHAnsi" w:cstheme="majorHAnsi"/>
              </w:rPr>
              <w:t>the appropriate</w:t>
            </w:r>
            <w:proofErr w:type="gramEnd"/>
            <w:r w:rsidRPr="006A0334">
              <w:rPr>
                <w:rFonts w:asciiTheme="majorHAnsi" w:hAnsiTheme="majorHAnsi" w:cstheme="majorHAnsi"/>
              </w:rPr>
              <w:t xml:space="preserve"> operational communication</w:t>
            </w:r>
          </w:p>
        </w:tc>
      </w:tr>
      <w:tr w:rsidR="00273037" w:rsidRPr="006A0334" w14:paraId="61C668EC" w14:textId="77777777">
        <w:trPr>
          <w:jc w:val="center"/>
        </w:trPr>
        <w:tc>
          <w:tcPr>
            <w:tcW w:w="3024" w:type="dxa"/>
            <w:shd w:val="clear" w:color="auto" w:fill="FFF8CC"/>
            <w:tcMar>
              <w:top w:w="90" w:type="dxa"/>
              <w:left w:w="120" w:type="dxa"/>
              <w:bottom w:w="90" w:type="dxa"/>
              <w:right w:w="120" w:type="dxa"/>
            </w:tcMar>
          </w:tcPr>
          <w:p w14:paraId="2229E41F" w14:textId="77777777" w:rsidR="00273037" w:rsidRPr="006A0334" w:rsidRDefault="00000000">
            <w:pPr>
              <w:rPr>
                <w:rFonts w:asciiTheme="majorHAnsi" w:hAnsiTheme="majorHAnsi" w:cstheme="majorHAnsi"/>
              </w:rPr>
            </w:pPr>
            <w:r w:rsidRPr="006A0334">
              <w:rPr>
                <w:rFonts w:asciiTheme="majorHAnsi" w:hAnsiTheme="majorHAnsi" w:cstheme="majorHAnsi"/>
                <w:b/>
              </w:rPr>
              <w:t>Emergency / Operations</w:t>
            </w:r>
          </w:p>
        </w:tc>
        <w:tc>
          <w:tcPr>
            <w:tcW w:w="6624" w:type="dxa"/>
            <w:tcMar>
              <w:top w:w="90" w:type="dxa"/>
              <w:left w:w="120" w:type="dxa"/>
              <w:bottom w:w="90" w:type="dxa"/>
              <w:right w:w="120" w:type="dxa"/>
            </w:tcMar>
          </w:tcPr>
          <w:p w14:paraId="3C213A4D" w14:textId="77777777" w:rsidR="00273037" w:rsidRPr="006A0334" w:rsidRDefault="00000000">
            <w:pPr>
              <w:rPr>
                <w:rFonts w:asciiTheme="majorHAnsi" w:hAnsiTheme="majorHAnsi" w:cstheme="majorHAnsi"/>
              </w:rPr>
            </w:pPr>
            <w:r w:rsidRPr="006A0334">
              <w:rPr>
                <w:rFonts w:asciiTheme="majorHAnsi" w:hAnsiTheme="majorHAnsi" w:cstheme="majorHAnsi"/>
              </w:rPr>
              <w:t>Final confirmed-participant emergency details to be inserted before distribution</w:t>
            </w:r>
          </w:p>
        </w:tc>
      </w:tr>
    </w:tbl>
    <w:tbl>
      <w:tblPr>
        <w:tblW w:w="0" w:type="auto"/>
        <w:jc w:val="center"/>
        <w:tblLook w:val="04A0" w:firstRow="1" w:lastRow="0" w:firstColumn="1" w:lastColumn="0" w:noHBand="0" w:noVBand="1"/>
      </w:tblPr>
      <w:tblGrid>
        <w:gridCol w:w="10282"/>
      </w:tblGrid>
      <w:tr w:rsidR="00273037" w:rsidRPr="006A0334" w14:paraId="7E8277FD" w14:textId="77777777">
        <w:trPr>
          <w:jc w:val="center"/>
        </w:trPr>
        <w:tc>
          <w:tcPr>
            <w:tcW w:w="10282" w:type="dxa"/>
            <w:shd w:val="clear" w:color="auto" w:fill="F4D900"/>
            <w:tcMar>
              <w:top w:w="110" w:type="dxa"/>
              <w:left w:w="140" w:type="dxa"/>
              <w:bottom w:w="110" w:type="dxa"/>
              <w:right w:w="140" w:type="dxa"/>
            </w:tcMar>
          </w:tcPr>
          <w:p w14:paraId="13B4147B" w14:textId="77777777" w:rsidR="00273037" w:rsidRPr="006A0334" w:rsidRDefault="00000000">
            <w:pPr>
              <w:jc w:val="center"/>
              <w:rPr>
                <w:rFonts w:asciiTheme="majorHAnsi" w:hAnsiTheme="majorHAnsi" w:cstheme="majorHAnsi"/>
              </w:rPr>
            </w:pPr>
            <w:r w:rsidRPr="006A0334">
              <w:rPr>
                <w:rFonts w:asciiTheme="majorHAnsi" w:hAnsiTheme="majorHAnsi" w:cstheme="majorHAnsi"/>
                <w:b/>
                <w:sz w:val="22"/>
              </w:rPr>
              <w:t>WHEN IN DOUBT, ASK YOUR CONCIERGE.</w:t>
            </w:r>
          </w:p>
        </w:tc>
      </w:tr>
    </w:tbl>
    <w:p w14:paraId="7AB07A0A" w14:textId="207FA67E" w:rsidR="00273037" w:rsidRPr="006A0334" w:rsidRDefault="00273037">
      <w:pPr>
        <w:rPr>
          <w:rFonts w:asciiTheme="majorHAnsi" w:hAnsiTheme="majorHAnsi" w:cstheme="majorHAnsi"/>
        </w:rPr>
      </w:pPr>
    </w:p>
    <w:p w14:paraId="5F46D2BC"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t>TAKING RIO HOME</w:t>
      </w:r>
    </w:p>
    <w:p w14:paraId="3B0F4EF0"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MY BRAZIL TRIP MEMORIES</w:t>
      </w:r>
    </w:p>
    <w:p w14:paraId="55542274" w14:textId="77777777" w:rsidR="00273037" w:rsidRPr="006A0334" w:rsidRDefault="00000000">
      <w:pPr>
        <w:jc w:val="center"/>
        <w:rPr>
          <w:rFonts w:asciiTheme="majorHAnsi" w:hAnsiTheme="majorHAnsi" w:cstheme="majorHAnsi"/>
        </w:rPr>
      </w:pPr>
      <w:r w:rsidRPr="006A0334">
        <w:rPr>
          <w:rFonts w:asciiTheme="majorHAnsi" w:hAnsiTheme="majorHAnsi" w:cstheme="majorHAnsi"/>
          <w:i/>
          <w:sz w:val="22"/>
        </w:rPr>
        <w:t>Some moments deserve more than a photograph.</w:t>
      </w:r>
    </w:p>
    <w:p w14:paraId="17BAB11B" w14:textId="77777777" w:rsidR="00273037" w:rsidRPr="006A0334" w:rsidRDefault="00273037">
      <w:pPr>
        <w:rPr>
          <w:rFonts w:asciiTheme="majorHAnsi" w:hAnsiTheme="majorHAnsi" w:cstheme="majorHAnsi"/>
        </w:rPr>
      </w:pPr>
    </w:p>
    <w:p w14:paraId="70292109" w14:textId="77777777" w:rsidR="00273037" w:rsidRPr="006A0334" w:rsidRDefault="00000000">
      <w:pPr>
        <w:rPr>
          <w:rFonts w:asciiTheme="majorHAnsi" w:hAnsiTheme="majorHAnsi" w:cstheme="majorHAnsi"/>
        </w:rPr>
      </w:pPr>
      <w:r w:rsidRPr="006A0334">
        <w:rPr>
          <w:rFonts w:asciiTheme="majorHAnsi" w:hAnsiTheme="majorHAnsi" w:cstheme="majorHAnsi"/>
          <w:b/>
          <w:sz w:val="18"/>
        </w:rPr>
        <w:t>MY FAVORITE RIO MOMENT</w:t>
      </w:r>
    </w:p>
    <w:p w14:paraId="74E55A5D"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1DC8AAFB"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36542924" w14:textId="77777777" w:rsidR="00273037" w:rsidRPr="006A0334" w:rsidRDefault="00000000">
      <w:pPr>
        <w:rPr>
          <w:rFonts w:asciiTheme="majorHAnsi" w:hAnsiTheme="majorHAnsi" w:cstheme="majorHAnsi"/>
        </w:rPr>
      </w:pPr>
      <w:r w:rsidRPr="006A0334">
        <w:rPr>
          <w:rFonts w:asciiTheme="majorHAnsi" w:hAnsiTheme="majorHAnsi" w:cstheme="majorHAnsi"/>
          <w:b/>
          <w:sz w:val="18"/>
        </w:rPr>
        <w:t>MY FAVORITE MOMENT ON THE MATS</w:t>
      </w:r>
    </w:p>
    <w:p w14:paraId="55BB0845"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03390FC5"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3F1E9DBB" w14:textId="77777777" w:rsidR="00273037" w:rsidRPr="006A0334" w:rsidRDefault="00000000">
      <w:pPr>
        <w:rPr>
          <w:rFonts w:asciiTheme="majorHAnsi" w:hAnsiTheme="majorHAnsi" w:cstheme="majorHAnsi"/>
        </w:rPr>
      </w:pPr>
      <w:r w:rsidRPr="006A0334">
        <w:rPr>
          <w:rFonts w:asciiTheme="majorHAnsi" w:hAnsiTheme="majorHAnsi" w:cstheme="majorHAnsi"/>
          <w:b/>
          <w:sz w:val="18"/>
        </w:rPr>
        <w:t>SOMEONE I MET AND WANT TO REMEMBER</w:t>
      </w:r>
    </w:p>
    <w:p w14:paraId="1495EC60"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5699D665"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66C2D162" w14:textId="77777777" w:rsidR="00273037" w:rsidRPr="006A0334" w:rsidRDefault="00000000">
      <w:pPr>
        <w:rPr>
          <w:rFonts w:asciiTheme="majorHAnsi" w:hAnsiTheme="majorHAnsi" w:cstheme="majorHAnsi"/>
        </w:rPr>
      </w:pPr>
      <w:r w:rsidRPr="006A0334">
        <w:rPr>
          <w:rFonts w:asciiTheme="majorHAnsi" w:hAnsiTheme="majorHAnsi" w:cstheme="majorHAnsi"/>
          <w:b/>
          <w:sz w:val="18"/>
        </w:rPr>
        <w:t>SOMETHING I LEARNED</w:t>
      </w:r>
    </w:p>
    <w:p w14:paraId="5AE77DA2"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7DCB924E"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05B8AE1B" w14:textId="77777777" w:rsidR="00273037" w:rsidRPr="006A0334" w:rsidRDefault="00000000">
      <w:pPr>
        <w:rPr>
          <w:rFonts w:asciiTheme="majorHAnsi" w:hAnsiTheme="majorHAnsi" w:cstheme="majorHAnsi"/>
        </w:rPr>
      </w:pPr>
      <w:r w:rsidRPr="006A0334">
        <w:rPr>
          <w:rFonts w:asciiTheme="majorHAnsi" w:hAnsiTheme="majorHAnsi" w:cstheme="majorHAnsi"/>
          <w:b/>
          <w:sz w:val="18"/>
        </w:rPr>
        <w:t>A PLACE I WANT TO VISIT AGAIN</w:t>
      </w:r>
    </w:p>
    <w:p w14:paraId="18FBE75A"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12E71B40"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470D1887" w14:textId="77777777" w:rsidR="00273037" w:rsidRPr="006A0334" w:rsidRDefault="00000000">
      <w:pPr>
        <w:rPr>
          <w:rFonts w:asciiTheme="majorHAnsi" w:hAnsiTheme="majorHAnsi" w:cstheme="majorHAnsi"/>
        </w:rPr>
      </w:pPr>
      <w:r w:rsidRPr="006A0334">
        <w:rPr>
          <w:rFonts w:asciiTheme="majorHAnsi" w:hAnsiTheme="majorHAnsi" w:cstheme="majorHAnsi"/>
          <w:b/>
          <w:sz w:val="18"/>
        </w:rPr>
        <w:t>THE MOMENT THAT MADE ME SMILE THE MOST</w:t>
      </w:r>
    </w:p>
    <w:p w14:paraId="5C72C84F"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3A7B73AA"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2D1108FD" w14:textId="77777777" w:rsidR="00273037" w:rsidRPr="006A0334" w:rsidRDefault="00000000">
      <w:pPr>
        <w:rPr>
          <w:rFonts w:asciiTheme="majorHAnsi" w:hAnsiTheme="majorHAnsi" w:cstheme="majorHAnsi"/>
        </w:rPr>
      </w:pPr>
      <w:r w:rsidRPr="006A0334">
        <w:rPr>
          <w:rFonts w:asciiTheme="majorHAnsi" w:hAnsiTheme="majorHAnsi" w:cstheme="majorHAnsi"/>
          <w:b/>
          <w:sz w:val="18"/>
        </w:rPr>
        <w:t>MY FAVORITE MEAL OR FLAVOR</w:t>
      </w:r>
    </w:p>
    <w:p w14:paraId="0192AFA6"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73692FB2"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2557A8F1" w14:textId="77777777" w:rsidR="00273037" w:rsidRPr="006A0334" w:rsidRDefault="00000000">
      <w:pPr>
        <w:rPr>
          <w:rFonts w:asciiTheme="majorHAnsi" w:hAnsiTheme="majorHAnsi" w:cstheme="majorHAnsi"/>
        </w:rPr>
      </w:pPr>
      <w:r w:rsidRPr="006A0334">
        <w:rPr>
          <w:rFonts w:asciiTheme="majorHAnsi" w:hAnsiTheme="majorHAnsi" w:cstheme="majorHAnsi"/>
          <w:b/>
          <w:sz w:val="18"/>
        </w:rPr>
        <w:lastRenderedPageBreak/>
        <w:t>MY FAVORITE VIEW OF RIO</w:t>
      </w:r>
    </w:p>
    <w:p w14:paraId="2EF8EC82"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1E961198"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7E2DA9F0" w14:textId="77777777" w:rsidR="00273037" w:rsidRPr="006A0334" w:rsidRDefault="00000000">
      <w:pPr>
        <w:rPr>
          <w:rFonts w:asciiTheme="majorHAnsi" w:hAnsiTheme="majorHAnsi" w:cstheme="majorHAnsi"/>
        </w:rPr>
      </w:pPr>
      <w:r w:rsidRPr="006A0334">
        <w:rPr>
          <w:rFonts w:asciiTheme="majorHAnsi" w:hAnsiTheme="majorHAnsi" w:cstheme="majorHAnsi"/>
          <w:b/>
          <w:sz w:val="18"/>
        </w:rPr>
        <w:t>ONE THING I WILL TELL PEOPLE WHEN I GET HOME</w:t>
      </w:r>
    </w:p>
    <w:p w14:paraId="38DD6575"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208A0A5B"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6ABBF828" w14:textId="77777777" w:rsidR="00273037" w:rsidRPr="006A0334" w:rsidRDefault="00000000">
      <w:pPr>
        <w:rPr>
          <w:rFonts w:asciiTheme="majorHAnsi" w:hAnsiTheme="majorHAnsi" w:cstheme="majorHAnsi"/>
        </w:rPr>
      </w:pPr>
      <w:r w:rsidRPr="006A0334">
        <w:rPr>
          <w:rFonts w:asciiTheme="majorHAnsi" w:hAnsiTheme="majorHAnsi" w:cstheme="majorHAnsi"/>
          <w:b/>
          <w:sz w:val="18"/>
        </w:rPr>
        <w:t>MY BRAZIL TRIP STORY</w:t>
      </w:r>
    </w:p>
    <w:p w14:paraId="482C1216"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7A718D42" w14:textId="03DB0A7A" w:rsidR="00273037"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423C4A95" w14:textId="77777777" w:rsidR="00B24715" w:rsidRPr="006A0334" w:rsidRDefault="00B24715">
      <w:pPr>
        <w:rPr>
          <w:rFonts w:asciiTheme="majorHAnsi" w:hAnsiTheme="majorHAnsi" w:cstheme="majorHAnsi"/>
        </w:rPr>
      </w:pPr>
    </w:p>
    <w:p w14:paraId="714520B3"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48"/>
        </w:rPr>
        <w:t>MESSAGES &amp; SIGNATURES</w:t>
      </w:r>
    </w:p>
    <w:p w14:paraId="04045975" w14:textId="77777777" w:rsidR="00273037" w:rsidRPr="006A0334" w:rsidRDefault="00000000">
      <w:pPr>
        <w:rPr>
          <w:rFonts w:asciiTheme="majorHAnsi" w:hAnsiTheme="majorHAnsi" w:cstheme="majorHAnsi"/>
        </w:rPr>
      </w:pPr>
      <w:r w:rsidRPr="006A0334">
        <w:rPr>
          <w:rFonts w:asciiTheme="majorHAnsi" w:hAnsiTheme="majorHAnsi" w:cstheme="majorHAnsi"/>
        </w:rPr>
        <w:t>A page for professors, training partners, family and new friends to leave a message.</w:t>
      </w:r>
    </w:p>
    <w:p w14:paraId="35E89CAB"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37CF2AAE"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21A537E5"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5A5E0822"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646AE62D"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740D46C7"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3C6138DA"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78CEE712"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3483A29D"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39022B4A"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23438FF3"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71F61D7D" w14:textId="77777777" w:rsidR="00273037" w:rsidRPr="006A0334" w:rsidRDefault="00000000">
      <w:pPr>
        <w:rPr>
          <w:rFonts w:asciiTheme="majorHAnsi" w:hAnsiTheme="majorHAnsi" w:cstheme="majorHAnsi"/>
        </w:rPr>
      </w:pPr>
      <w:r w:rsidRPr="006A0334">
        <w:rPr>
          <w:rFonts w:asciiTheme="majorHAnsi" w:hAnsiTheme="majorHAnsi" w:cstheme="majorHAnsi"/>
        </w:rPr>
        <w:t>________________________________________________________________________________</w:t>
      </w:r>
    </w:p>
    <w:p w14:paraId="09D637CE" w14:textId="77777777" w:rsidR="00273037" w:rsidRPr="006A0334" w:rsidRDefault="00273037">
      <w:pPr>
        <w:rPr>
          <w:rFonts w:asciiTheme="majorHAnsi" w:hAnsiTheme="majorHAnsi" w:cstheme="majorHAnsi"/>
        </w:rPr>
      </w:pPr>
    </w:p>
    <w:tbl>
      <w:tblPr>
        <w:tblW w:w="0" w:type="auto"/>
        <w:jc w:val="center"/>
        <w:tblLook w:val="04A0" w:firstRow="1" w:lastRow="0" w:firstColumn="1" w:lastColumn="0" w:noHBand="0" w:noVBand="1"/>
      </w:tblPr>
      <w:tblGrid>
        <w:gridCol w:w="10282"/>
      </w:tblGrid>
      <w:tr w:rsidR="00273037" w:rsidRPr="006A0334" w14:paraId="58D299D7" w14:textId="77777777">
        <w:trPr>
          <w:jc w:val="center"/>
        </w:trPr>
        <w:tc>
          <w:tcPr>
            <w:tcW w:w="10282" w:type="dxa"/>
            <w:shd w:val="clear" w:color="auto" w:fill="FFF8CC"/>
            <w:tcMar>
              <w:top w:w="110" w:type="dxa"/>
              <w:left w:w="140" w:type="dxa"/>
              <w:bottom w:w="110" w:type="dxa"/>
              <w:right w:w="140" w:type="dxa"/>
            </w:tcMar>
          </w:tcPr>
          <w:p w14:paraId="7A2782D2" w14:textId="77777777" w:rsidR="00273037" w:rsidRPr="006A0334" w:rsidRDefault="00000000">
            <w:pPr>
              <w:jc w:val="center"/>
              <w:rPr>
                <w:rFonts w:asciiTheme="majorHAnsi" w:hAnsiTheme="majorHAnsi" w:cstheme="majorHAnsi"/>
              </w:rPr>
            </w:pPr>
            <w:r w:rsidRPr="006A0334">
              <w:rPr>
                <w:rFonts w:asciiTheme="majorHAnsi" w:hAnsiTheme="majorHAnsi" w:cstheme="majorHAnsi"/>
                <w:b/>
                <w:sz w:val="22"/>
              </w:rPr>
              <w:t>YOUR BRAZIL TRIP PHOTO ALBUM</w:t>
            </w:r>
          </w:p>
        </w:tc>
      </w:tr>
    </w:tbl>
    <w:p w14:paraId="2264A825" w14:textId="77777777" w:rsidR="00273037" w:rsidRPr="006A0334" w:rsidRDefault="00273037">
      <w:pPr>
        <w:spacing w:after="0"/>
        <w:rPr>
          <w:rFonts w:asciiTheme="majorHAnsi" w:hAnsiTheme="majorHAnsi" w:cstheme="majorHAnsi"/>
        </w:rPr>
      </w:pPr>
    </w:p>
    <w:p w14:paraId="0A936185" w14:textId="77777777" w:rsidR="00273037" w:rsidRPr="006A0334" w:rsidRDefault="00000000">
      <w:pPr>
        <w:rPr>
          <w:rFonts w:asciiTheme="majorHAnsi" w:hAnsiTheme="majorHAnsi" w:cstheme="majorHAnsi"/>
        </w:rPr>
      </w:pPr>
      <w:r w:rsidRPr="006A0334">
        <w:rPr>
          <w:rFonts w:asciiTheme="majorHAnsi" w:hAnsiTheme="majorHAnsi" w:cstheme="majorHAnsi"/>
        </w:rPr>
        <w:t>A QR code or official album link may be added here once the event media experience and applicable permissions are finalized.</w:t>
      </w:r>
    </w:p>
    <w:p w14:paraId="5310E922" w14:textId="77777777" w:rsidR="00273037" w:rsidRPr="006A0334" w:rsidRDefault="00000000">
      <w:pPr>
        <w:rPr>
          <w:rFonts w:asciiTheme="majorHAnsi" w:hAnsiTheme="majorHAnsi" w:cstheme="majorHAnsi"/>
        </w:rPr>
      </w:pPr>
      <w:r w:rsidRPr="006A0334">
        <w:rPr>
          <w:rFonts w:asciiTheme="majorHAnsi" w:hAnsiTheme="majorHAnsi" w:cstheme="majorHAnsi"/>
        </w:rPr>
        <w:br w:type="page"/>
      </w:r>
    </w:p>
    <w:p w14:paraId="4ACC9192"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786900"/>
        </w:rPr>
        <w:lastRenderedPageBreak/>
        <w:t>UNTIL NEXT TIME</w:t>
      </w:r>
    </w:p>
    <w:p w14:paraId="24F96E2D"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50"/>
        </w:rPr>
        <w:t>THIS ISN'T WHERE THE JOURNEY ENDS.</w:t>
      </w:r>
    </w:p>
    <w:p w14:paraId="1004698D" w14:textId="77777777" w:rsidR="00273037" w:rsidRPr="006A0334" w:rsidRDefault="00273037">
      <w:pPr>
        <w:rPr>
          <w:rFonts w:asciiTheme="majorHAnsi" w:hAnsiTheme="majorHAnsi" w:cstheme="majorHAnsi"/>
        </w:rPr>
      </w:pPr>
    </w:p>
    <w:p w14:paraId="1451F85A" w14:textId="77777777" w:rsidR="00273037" w:rsidRPr="006A0334" w:rsidRDefault="00000000">
      <w:pPr>
        <w:rPr>
          <w:rFonts w:asciiTheme="majorHAnsi" w:hAnsiTheme="majorHAnsi" w:cstheme="majorHAnsi"/>
        </w:rPr>
      </w:pPr>
      <w:r w:rsidRPr="006A0334">
        <w:rPr>
          <w:rFonts w:asciiTheme="majorHAnsi" w:hAnsiTheme="majorHAnsi" w:cstheme="majorHAnsi"/>
        </w:rPr>
        <w:t>A week in Rio may come to an end.</w:t>
      </w:r>
    </w:p>
    <w:p w14:paraId="27B15C07" w14:textId="77777777" w:rsidR="00273037" w:rsidRPr="006A0334" w:rsidRDefault="00000000">
      <w:pPr>
        <w:jc w:val="center"/>
        <w:rPr>
          <w:rFonts w:asciiTheme="majorHAnsi" w:hAnsiTheme="majorHAnsi" w:cstheme="majorHAnsi"/>
        </w:rPr>
      </w:pPr>
      <w:r w:rsidRPr="006A0334">
        <w:rPr>
          <w:rFonts w:asciiTheme="majorHAnsi" w:hAnsiTheme="majorHAnsi" w:cstheme="majorHAnsi"/>
          <w:sz w:val="26"/>
        </w:rPr>
        <w:t>The friendships don't have to.</w:t>
      </w:r>
      <w:r w:rsidRPr="006A0334">
        <w:rPr>
          <w:rFonts w:asciiTheme="majorHAnsi" w:hAnsiTheme="majorHAnsi" w:cstheme="majorHAnsi"/>
          <w:sz w:val="26"/>
        </w:rPr>
        <w:br/>
        <w:t>The stories don't disappear.</w:t>
      </w:r>
      <w:r w:rsidRPr="006A0334">
        <w:rPr>
          <w:rFonts w:asciiTheme="majorHAnsi" w:hAnsiTheme="majorHAnsi" w:cstheme="majorHAnsi"/>
          <w:sz w:val="26"/>
        </w:rPr>
        <w:br/>
        <w:t>The lessons stay with us.</w:t>
      </w:r>
      <w:r w:rsidRPr="006A0334">
        <w:rPr>
          <w:rFonts w:asciiTheme="majorHAnsi" w:hAnsiTheme="majorHAnsi" w:cstheme="majorHAnsi"/>
          <w:sz w:val="26"/>
        </w:rPr>
        <w:br/>
        <w:t>And the memories become part of who we are.</w:t>
      </w:r>
      <w:r w:rsidRPr="006A0334">
        <w:rPr>
          <w:rFonts w:asciiTheme="majorHAnsi" w:hAnsiTheme="majorHAnsi" w:cstheme="majorHAnsi"/>
          <w:sz w:val="26"/>
        </w:rPr>
        <w:br/>
      </w:r>
    </w:p>
    <w:p w14:paraId="5A244F62" w14:textId="77777777" w:rsidR="00273037" w:rsidRPr="006A0334" w:rsidRDefault="00273037">
      <w:pPr>
        <w:rPr>
          <w:rFonts w:asciiTheme="majorHAnsi" w:hAnsiTheme="majorHAnsi" w:cstheme="majorHAnsi"/>
        </w:rPr>
      </w:pPr>
    </w:p>
    <w:tbl>
      <w:tblPr>
        <w:tblW w:w="0" w:type="auto"/>
        <w:jc w:val="center"/>
        <w:tblLook w:val="04A0" w:firstRow="1" w:lastRow="0" w:firstColumn="1" w:lastColumn="0" w:noHBand="0" w:noVBand="1"/>
      </w:tblPr>
      <w:tblGrid>
        <w:gridCol w:w="10282"/>
      </w:tblGrid>
      <w:tr w:rsidR="00273037" w:rsidRPr="006A0334" w14:paraId="13490A32" w14:textId="77777777">
        <w:trPr>
          <w:jc w:val="center"/>
        </w:trPr>
        <w:tc>
          <w:tcPr>
            <w:tcW w:w="10282" w:type="dxa"/>
            <w:shd w:val="clear" w:color="auto" w:fill="F6F6F4"/>
            <w:tcMar>
              <w:top w:w="160" w:type="dxa"/>
              <w:left w:w="180" w:type="dxa"/>
              <w:bottom w:w="160" w:type="dxa"/>
              <w:right w:w="180" w:type="dxa"/>
            </w:tcMar>
          </w:tcPr>
          <w:p w14:paraId="3E065072" w14:textId="77777777" w:rsidR="00273037" w:rsidRPr="006A0334" w:rsidRDefault="00000000">
            <w:pPr>
              <w:jc w:val="center"/>
              <w:rPr>
                <w:rFonts w:asciiTheme="majorHAnsi" w:hAnsiTheme="majorHAnsi" w:cstheme="majorHAnsi"/>
              </w:rPr>
            </w:pPr>
            <w:r w:rsidRPr="006A0334">
              <w:rPr>
                <w:rFonts w:asciiTheme="majorHAnsi" w:hAnsiTheme="majorHAnsi" w:cstheme="majorHAnsi"/>
                <w:b/>
                <w:color w:val="172033"/>
                <w:sz w:val="26"/>
              </w:rPr>
              <w:t>YOU CAME FOR JIU-JITSU.</w:t>
            </w:r>
            <w:r w:rsidRPr="006A0334">
              <w:rPr>
                <w:rFonts w:asciiTheme="majorHAnsi" w:hAnsiTheme="majorHAnsi" w:cstheme="majorHAnsi"/>
                <w:b/>
                <w:color w:val="172033"/>
                <w:sz w:val="26"/>
              </w:rPr>
              <w:br/>
              <w:t>YOU LIVED RIO.</w:t>
            </w:r>
            <w:r w:rsidRPr="006A0334">
              <w:rPr>
                <w:rFonts w:asciiTheme="majorHAnsi" w:hAnsiTheme="majorHAnsi" w:cstheme="majorHAnsi"/>
                <w:b/>
                <w:color w:val="172033"/>
                <w:sz w:val="26"/>
              </w:rPr>
              <w:br/>
              <w:t>YOU SHARED THE JOURNEY.</w:t>
            </w:r>
            <w:r w:rsidRPr="006A0334">
              <w:rPr>
                <w:rFonts w:asciiTheme="majorHAnsi" w:hAnsiTheme="majorHAnsi" w:cstheme="majorHAnsi"/>
                <w:b/>
                <w:color w:val="172033"/>
                <w:sz w:val="26"/>
              </w:rPr>
              <w:br/>
              <w:t>YOU CREATED MEMORIES FOR A LIFETIME.</w:t>
            </w:r>
          </w:p>
        </w:tc>
      </w:tr>
    </w:tbl>
    <w:p w14:paraId="7418DF67" w14:textId="77777777" w:rsidR="00273037" w:rsidRPr="006A0334" w:rsidRDefault="00273037">
      <w:pPr>
        <w:spacing w:after="0"/>
        <w:rPr>
          <w:rFonts w:asciiTheme="majorHAnsi" w:hAnsiTheme="majorHAnsi" w:cstheme="majorHAnsi"/>
        </w:rPr>
      </w:pPr>
    </w:p>
    <w:p w14:paraId="793F57F1" w14:textId="77777777" w:rsidR="00273037" w:rsidRPr="006A0334" w:rsidRDefault="00273037">
      <w:pPr>
        <w:rPr>
          <w:rFonts w:asciiTheme="majorHAnsi" w:hAnsiTheme="majorHAnsi" w:cstheme="majorHAnsi"/>
        </w:rPr>
      </w:pPr>
    </w:p>
    <w:p w14:paraId="0E1DBD8D" w14:textId="77777777" w:rsidR="00273037" w:rsidRPr="006A0334" w:rsidRDefault="00000000">
      <w:pPr>
        <w:jc w:val="center"/>
        <w:rPr>
          <w:rFonts w:asciiTheme="majorHAnsi" w:hAnsiTheme="majorHAnsi" w:cstheme="majorHAnsi"/>
        </w:rPr>
      </w:pPr>
      <w:r w:rsidRPr="006A0334">
        <w:rPr>
          <w:rFonts w:asciiTheme="majorHAnsi" w:hAnsiTheme="majorHAnsi" w:cstheme="majorHAnsi"/>
          <w:b/>
          <w:sz w:val="34"/>
        </w:rPr>
        <w:t>BACK TO OUR ROOTS.</w:t>
      </w:r>
      <w:r w:rsidRPr="006A0334">
        <w:rPr>
          <w:rFonts w:asciiTheme="majorHAnsi" w:hAnsiTheme="majorHAnsi" w:cstheme="majorHAnsi"/>
          <w:b/>
          <w:sz w:val="34"/>
        </w:rPr>
        <w:br/>
        <w:t>FORWARD TO THE NEXT GENERATION.</w:t>
      </w:r>
    </w:p>
    <w:p w14:paraId="25FD8D96" w14:textId="77777777" w:rsidR="00273037" w:rsidRPr="006A0334" w:rsidRDefault="00000000">
      <w:pPr>
        <w:jc w:val="center"/>
        <w:rPr>
          <w:rFonts w:asciiTheme="majorHAnsi" w:hAnsiTheme="majorHAnsi" w:cstheme="majorHAnsi"/>
          <w:lang w:val="pt-BR"/>
        </w:rPr>
      </w:pPr>
      <w:r w:rsidRPr="006A0334">
        <w:rPr>
          <w:rFonts w:asciiTheme="majorHAnsi" w:hAnsiTheme="majorHAnsi" w:cstheme="majorHAnsi"/>
          <w:b/>
          <w:sz w:val="22"/>
          <w:lang w:val="pt-BR"/>
        </w:rPr>
        <w:t>NOVA GERAÇÃO BRAZIL TRIP — EDITION III</w:t>
      </w:r>
      <w:r w:rsidRPr="006A0334">
        <w:rPr>
          <w:rFonts w:asciiTheme="majorHAnsi" w:hAnsiTheme="majorHAnsi" w:cstheme="majorHAnsi"/>
          <w:b/>
          <w:sz w:val="22"/>
          <w:lang w:val="pt-BR"/>
        </w:rPr>
        <w:br/>
        <w:t>RIO DE JANEIRO · BRAZIL · JULY 24–31, 2027</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5141"/>
        <w:gridCol w:w="5141"/>
      </w:tblGrid>
      <w:tr w:rsidR="00273037" w:rsidRPr="006A0334" w14:paraId="580FF315" w14:textId="77777777">
        <w:trPr>
          <w:jc w:val="center"/>
        </w:trPr>
        <w:tc>
          <w:tcPr>
            <w:tcW w:w="5141" w:type="dxa"/>
          </w:tcPr>
          <w:p w14:paraId="0B2D7249" w14:textId="77777777" w:rsidR="00273037" w:rsidRPr="006A0334" w:rsidRDefault="00000000">
            <w:pPr>
              <w:jc w:val="center"/>
              <w:rPr>
                <w:rFonts w:asciiTheme="majorHAnsi" w:hAnsiTheme="majorHAnsi" w:cstheme="majorHAnsi"/>
              </w:rPr>
            </w:pPr>
            <w:r w:rsidRPr="006A0334">
              <w:rPr>
                <w:rFonts w:asciiTheme="majorHAnsi" w:hAnsiTheme="majorHAnsi" w:cstheme="majorHAnsi"/>
                <w:noProof/>
              </w:rPr>
              <w:drawing>
                <wp:inline distT="0" distB="0" distL="0" distR="0" wp14:anchorId="7E15F244" wp14:editId="2AFC264C">
                  <wp:extent cx="914400" cy="86821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21 at 10.11.49(1).jpeg"/>
                          <pic:cNvPicPr/>
                        </pic:nvPicPr>
                        <pic:blipFill>
                          <a:blip r:embed="rId8"/>
                          <a:stretch>
                            <a:fillRect/>
                          </a:stretch>
                        </pic:blipFill>
                        <pic:spPr>
                          <a:xfrm>
                            <a:off x="0" y="0"/>
                            <a:ext cx="914400" cy="868218"/>
                          </a:xfrm>
                          <a:prstGeom prst="rect">
                            <a:avLst/>
                          </a:prstGeom>
                        </pic:spPr>
                      </pic:pic>
                    </a:graphicData>
                  </a:graphic>
                </wp:inline>
              </w:drawing>
            </w:r>
          </w:p>
        </w:tc>
        <w:tc>
          <w:tcPr>
            <w:tcW w:w="5141" w:type="dxa"/>
          </w:tcPr>
          <w:p w14:paraId="6986163C" w14:textId="77777777" w:rsidR="00273037" w:rsidRPr="006A0334" w:rsidRDefault="00000000">
            <w:pPr>
              <w:jc w:val="center"/>
              <w:rPr>
                <w:rFonts w:asciiTheme="majorHAnsi" w:hAnsiTheme="majorHAnsi" w:cstheme="majorHAnsi"/>
              </w:rPr>
            </w:pPr>
            <w:r w:rsidRPr="006A0334">
              <w:rPr>
                <w:rFonts w:asciiTheme="majorHAnsi" w:hAnsiTheme="majorHAnsi" w:cstheme="majorHAnsi"/>
                <w:noProof/>
              </w:rPr>
              <w:drawing>
                <wp:inline distT="0" distB="0" distL="0" distR="0" wp14:anchorId="2655F45F" wp14:editId="4A8CB448">
                  <wp:extent cx="1508760" cy="85383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OFICIAL - VERTICAL - PNG(1).png"/>
                          <pic:cNvPicPr/>
                        </pic:nvPicPr>
                        <pic:blipFill>
                          <a:blip r:embed="rId9"/>
                          <a:stretch>
                            <a:fillRect/>
                          </a:stretch>
                        </pic:blipFill>
                        <pic:spPr>
                          <a:xfrm>
                            <a:off x="0" y="0"/>
                            <a:ext cx="1508760" cy="853834"/>
                          </a:xfrm>
                          <a:prstGeom prst="rect">
                            <a:avLst/>
                          </a:prstGeom>
                        </pic:spPr>
                      </pic:pic>
                    </a:graphicData>
                  </a:graphic>
                </wp:inline>
              </w:drawing>
            </w:r>
          </w:p>
        </w:tc>
      </w:tr>
    </w:tbl>
    <w:p w14:paraId="76ED4D0F" w14:textId="77777777" w:rsidR="00273037" w:rsidRPr="006A0334" w:rsidRDefault="00000000">
      <w:pPr>
        <w:jc w:val="center"/>
        <w:rPr>
          <w:rFonts w:asciiTheme="majorHAnsi" w:hAnsiTheme="majorHAnsi" w:cstheme="majorHAnsi"/>
        </w:rPr>
      </w:pPr>
      <w:r w:rsidRPr="006A0334">
        <w:rPr>
          <w:rFonts w:asciiTheme="majorHAnsi" w:hAnsiTheme="majorHAnsi" w:cstheme="majorHAnsi"/>
          <w:i/>
        </w:rPr>
        <w:t>Local Hospitality, Tourism &amp; Experiences by Carioca21</w:t>
      </w:r>
    </w:p>
    <w:sectPr w:rsidR="00273037" w:rsidRPr="006A0334" w:rsidSect="00034616">
      <w:headerReference w:type="default" r:id="rId10"/>
      <w:footerReference w:type="default" r:id="rId11"/>
      <w:headerReference w:type="first" r:id="rId12"/>
      <w:pgSz w:w="12240" w:h="15840"/>
      <w:pgMar w:top="835" w:right="979" w:bottom="835" w:left="97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87D2E" w14:textId="77777777" w:rsidR="00652EBD" w:rsidRDefault="00652EBD">
      <w:pPr>
        <w:spacing w:after="0" w:line="240" w:lineRule="auto"/>
      </w:pPr>
      <w:r>
        <w:separator/>
      </w:r>
    </w:p>
  </w:endnote>
  <w:endnote w:type="continuationSeparator" w:id="0">
    <w:p w14:paraId="31ED4308" w14:textId="77777777" w:rsidR="00652EBD" w:rsidRDefault="00652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2DF14" w14:textId="77777777" w:rsidR="00273037" w:rsidRDefault="00000000">
    <w:pPr>
      <w:pStyle w:val="Rodap"/>
      <w:jc w:val="center"/>
    </w:pPr>
    <w:r>
      <w:rPr>
        <w:color w:val="787878"/>
        <w:sz w:val="14"/>
      </w:rPr>
      <w:t>NOVA GERAÇÃO BRAZIL TRIP — THE RIO EXPERIENCE BOOK · v1.0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4725F" w14:textId="77777777" w:rsidR="00652EBD" w:rsidRDefault="00652EBD">
      <w:pPr>
        <w:spacing w:after="0" w:line="240" w:lineRule="auto"/>
      </w:pPr>
      <w:r>
        <w:separator/>
      </w:r>
    </w:p>
  </w:footnote>
  <w:footnote w:type="continuationSeparator" w:id="0">
    <w:p w14:paraId="2B6D0448" w14:textId="77777777" w:rsidR="00652EBD" w:rsidRDefault="00652E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26473" w14:textId="77777777" w:rsidR="00273037" w:rsidRDefault="00273037">
    <w:pPr>
      <w:pStyle w:val="Cabealho"/>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3264"/>
      <w:gridCol w:w="3264"/>
      <w:gridCol w:w="3264"/>
    </w:tblGrid>
    <w:tr w:rsidR="00273037" w14:paraId="456BBC71" w14:textId="77777777">
      <w:trPr>
        <w:jc w:val="center"/>
      </w:trPr>
      <w:tc>
        <w:tcPr>
          <w:tcW w:w="3264" w:type="dxa"/>
          <w:vAlign w:val="center"/>
        </w:tcPr>
        <w:p w14:paraId="4E645828" w14:textId="77777777" w:rsidR="00273037" w:rsidRDefault="00000000">
          <w:r>
            <w:rPr>
              <w:noProof/>
            </w:rPr>
            <w:drawing>
              <wp:inline distT="0" distB="0" distL="0" distR="0" wp14:anchorId="21AF59E6" wp14:editId="5F189C0D">
                <wp:extent cx="384048" cy="364652"/>
                <wp:effectExtent l="0" t="0" r="0" b="0"/>
                <wp:docPr id="322927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21 at 10.11.49(1).jpeg"/>
                        <pic:cNvPicPr/>
                      </pic:nvPicPr>
                      <pic:blipFill>
                        <a:blip r:embed="rId1"/>
                        <a:stretch>
                          <a:fillRect/>
                        </a:stretch>
                      </pic:blipFill>
                      <pic:spPr>
                        <a:xfrm>
                          <a:off x="0" y="0"/>
                          <a:ext cx="384048" cy="364652"/>
                        </a:xfrm>
                        <a:prstGeom prst="rect">
                          <a:avLst/>
                        </a:prstGeom>
                      </pic:spPr>
                    </pic:pic>
                  </a:graphicData>
                </a:graphic>
              </wp:inline>
            </w:drawing>
          </w:r>
        </w:p>
      </w:tc>
      <w:tc>
        <w:tcPr>
          <w:tcW w:w="3264" w:type="dxa"/>
          <w:vAlign w:val="center"/>
        </w:tcPr>
        <w:p w14:paraId="7A96E233" w14:textId="77777777" w:rsidR="00273037" w:rsidRDefault="00000000">
          <w:pPr>
            <w:jc w:val="center"/>
          </w:pPr>
          <w:r>
            <w:rPr>
              <w:b/>
              <w:sz w:val="15"/>
            </w:rPr>
            <w:t>THE RIO EXPERIENCE BOOK</w:t>
          </w:r>
        </w:p>
      </w:tc>
      <w:tc>
        <w:tcPr>
          <w:tcW w:w="3264" w:type="dxa"/>
          <w:vAlign w:val="center"/>
        </w:tcPr>
        <w:p w14:paraId="0970BF68" w14:textId="77777777" w:rsidR="00273037" w:rsidRDefault="00000000">
          <w:pPr>
            <w:jc w:val="right"/>
          </w:pPr>
          <w:r>
            <w:rPr>
              <w:noProof/>
            </w:rPr>
            <w:drawing>
              <wp:inline distT="0" distB="0" distL="0" distR="0" wp14:anchorId="4E279436" wp14:editId="5F6DAE43">
                <wp:extent cx="804672" cy="455378"/>
                <wp:effectExtent l="0" t="0" r="0" b="0"/>
                <wp:docPr id="17174190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OFICIAL - VERTICAL - PNG(1).png"/>
                        <pic:cNvPicPr/>
                      </pic:nvPicPr>
                      <pic:blipFill>
                        <a:blip r:embed="rId2"/>
                        <a:stretch>
                          <a:fillRect/>
                        </a:stretch>
                      </pic:blipFill>
                      <pic:spPr>
                        <a:xfrm>
                          <a:off x="0" y="0"/>
                          <a:ext cx="804672" cy="455378"/>
                        </a:xfrm>
                        <a:prstGeom prst="rect">
                          <a:avLst/>
                        </a:prstGeom>
                      </pic:spPr>
                    </pic:pic>
                  </a:graphicData>
                </a:graphic>
              </wp:inline>
            </w:drawing>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nil"/>
        <w:left w:val="nil"/>
        <w:bottom w:val="nil"/>
        <w:right w:val="nil"/>
        <w:insideH w:val="nil"/>
        <w:insideV w:val="nil"/>
      </w:tblBorders>
      <w:tblLook w:val="04A0" w:firstRow="1" w:lastRow="0" w:firstColumn="1" w:lastColumn="0" w:noHBand="0" w:noVBand="1"/>
    </w:tblPr>
    <w:tblGrid>
      <w:gridCol w:w="3264"/>
      <w:gridCol w:w="3264"/>
      <w:gridCol w:w="3264"/>
    </w:tblGrid>
    <w:tr w:rsidR="00F170DC" w14:paraId="13D3BBB3" w14:textId="77777777" w:rsidTr="009D093F">
      <w:trPr>
        <w:jc w:val="center"/>
      </w:trPr>
      <w:tc>
        <w:tcPr>
          <w:tcW w:w="3264" w:type="dxa"/>
          <w:vAlign w:val="center"/>
        </w:tcPr>
        <w:p w14:paraId="200A9658" w14:textId="77777777" w:rsidR="00F170DC" w:rsidRDefault="00F170DC" w:rsidP="00F170DC">
          <w:r>
            <w:rPr>
              <w:noProof/>
            </w:rPr>
            <w:drawing>
              <wp:inline distT="0" distB="0" distL="0" distR="0" wp14:anchorId="3CD47D5F" wp14:editId="3EDA79F5">
                <wp:extent cx="384048" cy="364652"/>
                <wp:effectExtent l="0" t="0" r="0" b="0"/>
                <wp:docPr id="2104237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21 at 10.11.49(1).jpeg"/>
                        <pic:cNvPicPr/>
                      </pic:nvPicPr>
                      <pic:blipFill>
                        <a:blip r:embed="rId1"/>
                        <a:stretch>
                          <a:fillRect/>
                        </a:stretch>
                      </pic:blipFill>
                      <pic:spPr>
                        <a:xfrm>
                          <a:off x="0" y="0"/>
                          <a:ext cx="384048" cy="364652"/>
                        </a:xfrm>
                        <a:prstGeom prst="rect">
                          <a:avLst/>
                        </a:prstGeom>
                      </pic:spPr>
                    </pic:pic>
                  </a:graphicData>
                </a:graphic>
              </wp:inline>
            </w:drawing>
          </w:r>
        </w:p>
      </w:tc>
      <w:tc>
        <w:tcPr>
          <w:tcW w:w="3264" w:type="dxa"/>
          <w:vAlign w:val="center"/>
        </w:tcPr>
        <w:p w14:paraId="51366557" w14:textId="77777777" w:rsidR="00F170DC" w:rsidRDefault="00F170DC" w:rsidP="00F170DC">
          <w:pPr>
            <w:jc w:val="center"/>
          </w:pPr>
          <w:r>
            <w:rPr>
              <w:b/>
              <w:sz w:val="15"/>
            </w:rPr>
            <w:t>THE RIO EXPERIENCE BOOK</w:t>
          </w:r>
        </w:p>
      </w:tc>
      <w:tc>
        <w:tcPr>
          <w:tcW w:w="3264" w:type="dxa"/>
          <w:vAlign w:val="center"/>
        </w:tcPr>
        <w:p w14:paraId="2EDA9D5D" w14:textId="77777777" w:rsidR="00F170DC" w:rsidRDefault="00F170DC" w:rsidP="00F170DC">
          <w:pPr>
            <w:jc w:val="right"/>
          </w:pPr>
          <w:r>
            <w:rPr>
              <w:noProof/>
            </w:rPr>
            <w:drawing>
              <wp:inline distT="0" distB="0" distL="0" distR="0" wp14:anchorId="5E857AAD" wp14:editId="41C03469">
                <wp:extent cx="804672" cy="455378"/>
                <wp:effectExtent l="0" t="0" r="0" b="0"/>
                <wp:docPr id="8158785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OFICIAL - VERTICAL - PNG(1).png"/>
                        <pic:cNvPicPr/>
                      </pic:nvPicPr>
                      <pic:blipFill>
                        <a:blip r:embed="rId2"/>
                        <a:stretch>
                          <a:fillRect/>
                        </a:stretch>
                      </pic:blipFill>
                      <pic:spPr>
                        <a:xfrm>
                          <a:off x="0" y="0"/>
                          <a:ext cx="804672" cy="455378"/>
                        </a:xfrm>
                        <a:prstGeom prst="rect">
                          <a:avLst/>
                        </a:prstGeom>
                      </pic:spPr>
                    </pic:pic>
                  </a:graphicData>
                </a:graphic>
              </wp:inline>
            </w:drawing>
          </w:r>
        </w:p>
      </w:tc>
    </w:tr>
  </w:tbl>
  <w:p w14:paraId="58258048" w14:textId="77777777" w:rsidR="00F170DC" w:rsidRPr="00F170DC" w:rsidRDefault="00F170DC" w:rsidP="00F170D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1211921209">
    <w:abstractNumId w:val="8"/>
  </w:num>
  <w:num w:numId="2" w16cid:durableId="1274098433">
    <w:abstractNumId w:val="6"/>
  </w:num>
  <w:num w:numId="3" w16cid:durableId="344407072">
    <w:abstractNumId w:val="5"/>
  </w:num>
  <w:num w:numId="4" w16cid:durableId="115755618">
    <w:abstractNumId w:val="4"/>
  </w:num>
  <w:num w:numId="5" w16cid:durableId="389694927">
    <w:abstractNumId w:val="7"/>
  </w:num>
  <w:num w:numId="6" w16cid:durableId="1133210589">
    <w:abstractNumId w:val="3"/>
  </w:num>
  <w:num w:numId="7" w16cid:durableId="1298562631">
    <w:abstractNumId w:val="2"/>
  </w:num>
  <w:num w:numId="8" w16cid:durableId="1577934924">
    <w:abstractNumId w:val="1"/>
  </w:num>
  <w:num w:numId="9" w16cid:durableId="182982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73037"/>
    <w:rsid w:val="0029639D"/>
    <w:rsid w:val="00326F90"/>
    <w:rsid w:val="00652EBD"/>
    <w:rsid w:val="006A0334"/>
    <w:rsid w:val="00AA1D8D"/>
    <w:rsid w:val="00AE48D3"/>
    <w:rsid w:val="00B24715"/>
    <w:rsid w:val="00B47730"/>
    <w:rsid w:val="00CB0664"/>
    <w:rsid w:val="00E87954"/>
    <w:rsid w:val="00F170D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B6C2CC"/>
  <w14:defaultImageDpi w14:val="300"/>
  <w15:docId w15:val="{AEE4E81F-77BA-4B80-B221-7B34484E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sz w:val="20"/>
    </w:rPr>
  </w:style>
  <w:style w:type="paragraph" w:styleId="Ttulo1">
    <w:name w:val="heading 1"/>
    <w:basedOn w:val="Normal"/>
    <w:next w:val="Normal"/>
    <w:link w:val="Ttulo1Char"/>
    <w:uiPriority w:val="9"/>
    <w:qFormat/>
    <w:rsid w:val="00FC693F"/>
    <w:pPr>
      <w:keepNext/>
      <w:keepLines/>
      <w:spacing w:before="200" w:after="160"/>
      <w:outlineLvl w:val="0"/>
    </w:pPr>
    <w:rPr>
      <w:rFonts w:asciiTheme="majorHAnsi" w:eastAsiaTheme="majorEastAsia" w:hAnsiTheme="majorHAnsi" w:cstheme="majorBidi"/>
      <w:b/>
      <w:bCs/>
      <w:color w:val="172033"/>
      <w:sz w:val="42"/>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172033"/>
      <w:sz w:val="28"/>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ind w:left="360"/>
      <w:contextualSpacing/>
    </w:pPr>
  </w:style>
  <w:style w:type="paragraph" w:styleId="Listadecontinuao2">
    <w:name w:val="List Continue 2"/>
    <w:basedOn w:val="Normal"/>
    <w:uiPriority w:val="99"/>
    <w:unhideWhenUsed/>
    <w:rsid w:val="0029639D"/>
    <w:pPr>
      <w:ind w:left="720"/>
      <w:contextualSpacing/>
    </w:pPr>
  </w:style>
  <w:style w:type="paragraph" w:styleId="Listadecontinuao3">
    <w:name w:val="List Continue 3"/>
    <w:basedOn w:val="Normal"/>
    <w:uiPriority w:val="99"/>
    <w:unhideWhenUsed/>
    <w:rsid w:val="0029639D"/>
    <w:pPr>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4234</Words>
  <Characters>22867</Characters>
  <Application>Microsoft Office Word</Application>
  <DocSecurity>0</DocSecurity>
  <Lines>190</Lines>
  <Paragraphs>54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Marcio Briggs</cp:lastModifiedBy>
  <cp:revision>3</cp:revision>
  <dcterms:created xsi:type="dcterms:W3CDTF">2013-12-23T23:15:00Z</dcterms:created>
  <dcterms:modified xsi:type="dcterms:W3CDTF">2026-09-21T16:31:00Z</dcterms:modified>
  <cp:category/>
</cp:coreProperties>
</file>